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ECA18" w14:textId="644B1023" w:rsidR="00BF18C5" w:rsidRPr="00CD1F6B" w:rsidRDefault="00FB2DEB" w:rsidP="00CB40DD">
      <w:pPr>
        <w:spacing w:after="0"/>
        <w:jc w:val="center"/>
        <w:rPr>
          <w:rFonts w:ascii="Aptos" w:hAnsi="Aptos"/>
          <w:sz w:val="24"/>
          <w:szCs w:val="24"/>
        </w:rPr>
      </w:pPr>
      <w:r w:rsidRPr="00CD1F6B">
        <w:rPr>
          <w:rFonts w:ascii="Aptos" w:hAnsi="Aptos"/>
          <w:b/>
          <w:sz w:val="24"/>
          <w:szCs w:val="24"/>
        </w:rPr>
        <w:t>FORM 40 — CONSUMER PROPOSAL</w:t>
      </w:r>
      <w:r w:rsidRPr="00CD1F6B">
        <w:rPr>
          <w:rFonts w:ascii="Aptos" w:hAnsi="Aptos"/>
          <w:b/>
          <w:sz w:val="24"/>
          <w:szCs w:val="24"/>
        </w:rPr>
        <w:br/>
      </w:r>
    </w:p>
    <w:p w14:paraId="2C7F7502" w14:textId="77777777" w:rsidR="00BF18C5" w:rsidRPr="00A34DDE" w:rsidRDefault="00BF18C5">
      <w:pPr>
        <w:rPr>
          <w:rFonts w:ascii="Aptos" w:hAnsi="Aptos"/>
          <w:sz w:val="24"/>
          <w:szCs w:val="24"/>
        </w:rPr>
      </w:pPr>
    </w:p>
    <w:p w14:paraId="532E424A" w14:textId="22F266F3" w:rsidR="00D106AE" w:rsidRPr="00A34DDE" w:rsidRDefault="00D106AE" w:rsidP="00265A2D">
      <w:pPr>
        <w:jc w:val="both"/>
        <w:rPr>
          <w:rFonts w:ascii="Aptos" w:hAnsi="Aptos"/>
          <w:sz w:val="24"/>
          <w:szCs w:val="24"/>
        </w:rPr>
      </w:pPr>
      <w:proofErr w:type="gramStart"/>
      <w:r w:rsidRPr="00A34DDE">
        <w:rPr>
          <w:rFonts w:ascii="Aptos" w:hAnsi="Aptos"/>
          <w:sz w:val="24"/>
          <w:szCs w:val="24"/>
        </w:rPr>
        <w:t>I,_</w:t>
      </w:r>
      <w:proofErr w:type="gramEnd"/>
      <w:r w:rsidRPr="00A34DDE">
        <w:rPr>
          <w:rFonts w:ascii="Aptos" w:hAnsi="Aptos"/>
          <w:sz w:val="24"/>
          <w:szCs w:val="24"/>
        </w:rPr>
        <w:t>_______</w:t>
      </w:r>
      <w:r w:rsidR="00F542CC" w:rsidRPr="00A34DDE">
        <w:rPr>
          <w:rFonts w:ascii="Aptos" w:hAnsi="Aptos"/>
          <w:sz w:val="24"/>
          <w:szCs w:val="24"/>
        </w:rPr>
        <w:t>____________________________</w:t>
      </w:r>
      <w:r w:rsidRPr="00A34DDE">
        <w:rPr>
          <w:rFonts w:ascii="Aptos" w:hAnsi="Aptos"/>
          <w:sz w:val="24"/>
          <w:szCs w:val="24"/>
        </w:rPr>
        <w:t>_____________, a consumer debtor, hereby make the following consumer proposal under the Insolvency Act, No. 17 of 2024:</w:t>
      </w:r>
    </w:p>
    <w:p w14:paraId="27B9CB56" w14:textId="6CE9CAE7" w:rsidR="00D106AE" w:rsidRPr="00A34DDE" w:rsidRDefault="00D106AE" w:rsidP="00265A2D">
      <w:pPr>
        <w:jc w:val="both"/>
        <w:rPr>
          <w:rFonts w:ascii="Aptos" w:hAnsi="Aptos"/>
          <w:sz w:val="24"/>
          <w:szCs w:val="24"/>
        </w:rPr>
      </w:pPr>
      <w:r w:rsidRPr="00A34DDE">
        <w:rPr>
          <w:rFonts w:ascii="Aptos" w:hAnsi="Aptos"/>
          <w:sz w:val="24"/>
          <w:szCs w:val="24"/>
        </w:rPr>
        <w:t>1. That payment of the claims of secured creditors be made in the</w:t>
      </w:r>
      <w:r w:rsidR="006B33F4" w:rsidRPr="00A34DDE">
        <w:rPr>
          <w:rFonts w:ascii="Aptos" w:hAnsi="Aptos"/>
          <w:sz w:val="24"/>
          <w:szCs w:val="24"/>
        </w:rPr>
        <w:t xml:space="preserve"> </w:t>
      </w:r>
      <w:r w:rsidRPr="00A34DDE">
        <w:rPr>
          <w:rFonts w:ascii="Aptos" w:hAnsi="Aptos"/>
          <w:sz w:val="24"/>
          <w:szCs w:val="24"/>
        </w:rPr>
        <w:t xml:space="preserve">following manner: </w:t>
      </w:r>
      <w:r w:rsidRPr="00A34DDE">
        <w:rPr>
          <w:rFonts w:ascii="Aptos" w:hAnsi="Aptos"/>
          <w:i/>
          <w:iCs/>
          <w:sz w:val="24"/>
          <w:szCs w:val="24"/>
        </w:rPr>
        <w:t>(Set out the terms of the proposal in respect of secured</w:t>
      </w:r>
      <w:r w:rsidR="00381C54" w:rsidRPr="00A34DDE">
        <w:rPr>
          <w:rFonts w:ascii="Aptos" w:hAnsi="Aptos"/>
          <w:i/>
          <w:iCs/>
          <w:sz w:val="24"/>
          <w:szCs w:val="24"/>
        </w:rPr>
        <w:t xml:space="preserve"> </w:t>
      </w:r>
      <w:r w:rsidRPr="00A34DDE">
        <w:rPr>
          <w:rFonts w:ascii="Aptos" w:hAnsi="Aptos"/>
          <w:i/>
          <w:iCs/>
          <w:sz w:val="24"/>
          <w:szCs w:val="24"/>
        </w:rPr>
        <w:t>claims.)</w:t>
      </w:r>
      <w:r w:rsidR="00351D18">
        <w:rPr>
          <w:rFonts w:ascii="Aptos" w:hAnsi="Aptos"/>
          <w:i/>
          <w:iCs/>
          <w:sz w:val="24"/>
          <w:szCs w:val="24"/>
        </w:rPr>
        <w:t xml:space="preserve"> </w:t>
      </w:r>
      <w:r w:rsidR="00351D18" w:rsidRPr="00351D18">
        <w:rPr>
          <w:rFonts w:ascii="Aptos" w:hAnsi="Aptos"/>
          <w:b/>
          <w:bCs/>
          <w:sz w:val="24"/>
          <w:szCs w:val="24"/>
        </w:rPr>
        <w:t>Annex 1</w:t>
      </w:r>
    </w:p>
    <w:p w14:paraId="13BDDC88" w14:textId="4A0F3D49" w:rsidR="00D106AE" w:rsidRPr="00A34DDE" w:rsidRDefault="00D106AE" w:rsidP="00265A2D">
      <w:pPr>
        <w:jc w:val="both"/>
        <w:rPr>
          <w:rFonts w:ascii="Aptos" w:hAnsi="Aptos"/>
          <w:sz w:val="24"/>
          <w:szCs w:val="24"/>
        </w:rPr>
      </w:pPr>
      <w:r w:rsidRPr="00A34DDE">
        <w:rPr>
          <w:rFonts w:ascii="Aptos" w:hAnsi="Aptos"/>
          <w:sz w:val="24"/>
          <w:szCs w:val="24"/>
        </w:rPr>
        <w:t>2. That payment of all claims directed by the Act to be paid in priority to other claims in the distribution of my property be made in the following</w:t>
      </w:r>
      <w:r w:rsidR="00381C54" w:rsidRPr="00A34DDE">
        <w:rPr>
          <w:rFonts w:ascii="Aptos" w:hAnsi="Aptos"/>
          <w:sz w:val="24"/>
          <w:szCs w:val="24"/>
        </w:rPr>
        <w:t xml:space="preserve"> </w:t>
      </w:r>
      <w:r w:rsidRPr="00A34DDE">
        <w:rPr>
          <w:rFonts w:ascii="Aptos" w:hAnsi="Aptos"/>
          <w:sz w:val="24"/>
          <w:szCs w:val="24"/>
        </w:rPr>
        <w:t>manner:</w:t>
      </w:r>
    </w:p>
    <w:p w14:paraId="3F32B1DF" w14:textId="1BD291E9" w:rsidR="00D106AE" w:rsidRPr="00A34DDE" w:rsidRDefault="00D106AE" w:rsidP="00265A2D">
      <w:pPr>
        <w:jc w:val="both"/>
        <w:rPr>
          <w:rFonts w:ascii="Aptos" w:hAnsi="Aptos"/>
          <w:i/>
          <w:iCs/>
          <w:sz w:val="24"/>
          <w:szCs w:val="24"/>
        </w:rPr>
      </w:pPr>
      <w:r w:rsidRPr="00A34DDE">
        <w:rPr>
          <w:rFonts w:ascii="Aptos" w:hAnsi="Aptos"/>
          <w:i/>
          <w:iCs/>
          <w:sz w:val="24"/>
          <w:szCs w:val="24"/>
        </w:rPr>
        <w:t>(Set out the terms of the proposal in respect of preferred claims.)</w:t>
      </w:r>
      <w:r w:rsidR="00D778D4" w:rsidRPr="00D778D4">
        <w:rPr>
          <w:rFonts w:ascii="Aptos" w:hAnsi="Aptos"/>
          <w:b/>
          <w:bCs/>
          <w:sz w:val="24"/>
          <w:szCs w:val="24"/>
        </w:rPr>
        <w:t xml:space="preserve"> </w:t>
      </w:r>
      <w:r w:rsidR="00D778D4" w:rsidRPr="00351D18">
        <w:rPr>
          <w:rFonts w:ascii="Aptos" w:hAnsi="Aptos"/>
          <w:b/>
          <w:bCs/>
          <w:sz w:val="24"/>
          <w:szCs w:val="24"/>
        </w:rPr>
        <w:t xml:space="preserve">Annex </w:t>
      </w:r>
      <w:r w:rsidR="00D778D4">
        <w:rPr>
          <w:rFonts w:ascii="Aptos" w:hAnsi="Aptos"/>
          <w:b/>
          <w:bCs/>
          <w:sz w:val="24"/>
          <w:szCs w:val="24"/>
        </w:rPr>
        <w:t>2</w:t>
      </w:r>
    </w:p>
    <w:p w14:paraId="123A0E1F" w14:textId="404350EC" w:rsidR="00D106AE" w:rsidRPr="00A34DDE" w:rsidRDefault="00D106AE" w:rsidP="00265A2D">
      <w:pPr>
        <w:jc w:val="both"/>
        <w:rPr>
          <w:rFonts w:ascii="Aptos" w:hAnsi="Aptos"/>
          <w:sz w:val="24"/>
          <w:szCs w:val="24"/>
        </w:rPr>
      </w:pPr>
      <w:r w:rsidRPr="00A34DDE">
        <w:rPr>
          <w:rFonts w:ascii="Aptos" w:hAnsi="Aptos"/>
          <w:sz w:val="24"/>
          <w:szCs w:val="24"/>
        </w:rPr>
        <w:t>3. That payment of the fees and expenses of the Trustee of the consumer</w:t>
      </w:r>
      <w:r w:rsidR="00F00FD0" w:rsidRPr="00A34DDE">
        <w:rPr>
          <w:rFonts w:ascii="Aptos" w:hAnsi="Aptos"/>
          <w:sz w:val="24"/>
          <w:szCs w:val="24"/>
        </w:rPr>
        <w:t xml:space="preserve"> </w:t>
      </w:r>
      <w:r w:rsidRPr="00A34DDE">
        <w:rPr>
          <w:rFonts w:ascii="Aptos" w:hAnsi="Aptos"/>
          <w:sz w:val="24"/>
          <w:szCs w:val="24"/>
        </w:rPr>
        <w:t>proposal and payment of the fees and expenses of any person in respect of</w:t>
      </w:r>
      <w:r w:rsidR="00F00FD0" w:rsidRPr="00A34DDE">
        <w:rPr>
          <w:rFonts w:ascii="Aptos" w:hAnsi="Aptos"/>
          <w:sz w:val="24"/>
          <w:szCs w:val="24"/>
        </w:rPr>
        <w:t xml:space="preserve"> </w:t>
      </w:r>
      <w:r w:rsidRPr="00A34DDE">
        <w:rPr>
          <w:rFonts w:ascii="Aptos" w:hAnsi="Aptos"/>
          <w:sz w:val="24"/>
          <w:szCs w:val="24"/>
        </w:rPr>
        <w:t>counselling given by this person pursuant to the Act be made in the following</w:t>
      </w:r>
      <w:r w:rsidR="00875E90" w:rsidRPr="00A34DDE">
        <w:rPr>
          <w:rFonts w:ascii="Aptos" w:hAnsi="Aptos"/>
          <w:sz w:val="24"/>
          <w:szCs w:val="24"/>
        </w:rPr>
        <w:t xml:space="preserve"> </w:t>
      </w:r>
      <w:r w:rsidRPr="00A34DDE">
        <w:rPr>
          <w:rFonts w:ascii="Aptos" w:hAnsi="Aptos"/>
          <w:sz w:val="24"/>
          <w:szCs w:val="24"/>
        </w:rPr>
        <w:t>manner:</w:t>
      </w:r>
    </w:p>
    <w:p w14:paraId="123CFE12" w14:textId="57815DB3" w:rsidR="00D106AE" w:rsidRPr="00A34DDE" w:rsidRDefault="00D106AE" w:rsidP="00265A2D">
      <w:pPr>
        <w:jc w:val="both"/>
        <w:rPr>
          <w:rFonts w:ascii="Aptos" w:hAnsi="Aptos"/>
          <w:i/>
          <w:iCs/>
          <w:sz w:val="24"/>
          <w:szCs w:val="24"/>
        </w:rPr>
      </w:pPr>
      <w:r w:rsidRPr="00A34DDE">
        <w:rPr>
          <w:rFonts w:ascii="Aptos" w:hAnsi="Aptos"/>
          <w:i/>
          <w:iCs/>
          <w:sz w:val="24"/>
          <w:szCs w:val="24"/>
        </w:rPr>
        <w:t>(Set out the terms of the proposal in respect of these fees and expenses.)</w:t>
      </w:r>
      <w:r w:rsidR="00D778D4">
        <w:rPr>
          <w:rFonts w:ascii="Aptos" w:hAnsi="Aptos"/>
          <w:i/>
          <w:iCs/>
          <w:sz w:val="24"/>
          <w:szCs w:val="24"/>
        </w:rPr>
        <w:t xml:space="preserve"> </w:t>
      </w:r>
      <w:r w:rsidR="00D778D4" w:rsidRPr="00351D18">
        <w:rPr>
          <w:rFonts w:ascii="Aptos" w:hAnsi="Aptos"/>
          <w:b/>
          <w:bCs/>
          <w:sz w:val="24"/>
          <w:szCs w:val="24"/>
        </w:rPr>
        <w:t xml:space="preserve">Annex </w:t>
      </w:r>
      <w:r w:rsidR="00D778D4">
        <w:rPr>
          <w:rFonts w:ascii="Aptos" w:hAnsi="Aptos"/>
          <w:b/>
          <w:bCs/>
          <w:sz w:val="24"/>
          <w:szCs w:val="24"/>
        </w:rPr>
        <w:t>3</w:t>
      </w:r>
    </w:p>
    <w:p w14:paraId="50304112" w14:textId="0910DEE1" w:rsidR="00D106AE" w:rsidRPr="00A34DDE" w:rsidRDefault="00D106AE" w:rsidP="00265A2D">
      <w:pPr>
        <w:jc w:val="both"/>
        <w:rPr>
          <w:rFonts w:ascii="Aptos" w:hAnsi="Aptos"/>
          <w:sz w:val="24"/>
          <w:szCs w:val="24"/>
        </w:rPr>
      </w:pPr>
      <w:r w:rsidRPr="00A34DDE">
        <w:rPr>
          <w:rFonts w:ascii="Aptos" w:hAnsi="Aptos"/>
          <w:sz w:val="24"/>
          <w:szCs w:val="24"/>
        </w:rPr>
        <w:t xml:space="preserve">4. That the following payments be made </w:t>
      </w:r>
      <w:proofErr w:type="gramStart"/>
      <w:r w:rsidRPr="00A34DDE">
        <w:rPr>
          <w:rFonts w:ascii="Aptos" w:hAnsi="Aptos"/>
          <w:sz w:val="24"/>
          <w:szCs w:val="24"/>
        </w:rPr>
        <w:t>to__</w:t>
      </w:r>
      <w:proofErr w:type="gramEnd"/>
      <w:r w:rsidRPr="00A34DDE">
        <w:rPr>
          <w:rFonts w:ascii="Aptos" w:hAnsi="Aptos"/>
          <w:sz w:val="24"/>
          <w:szCs w:val="24"/>
        </w:rPr>
        <w:t>______</w:t>
      </w:r>
      <w:r w:rsidR="00F542CC" w:rsidRPr="00A34DDE">
        <w:rPr>
          <w:rFonts w:ascii="Aptos" w:hAnsi="Aptos"/>
          <w:sz w:val="24"/>
          <w:szCs w:val="24"/>
        </w:rPr>
        <w:t>______________</w:t>
      </w:r>
      <w:r w:rsidRPr="00A34DDE">
        <w:rPr>
          <w:rFonts w:ascii="Aptos" w:hAnsi="Aptos"/>
          <w:sz w:val="24"/>
          <w:szCs w:val="24"/>
        </w:rPr>
        <w:t>____</w:t>
      </w:r>
      <w:proofErr w:type="gramStart"/>
      <w:r w:rsidRPr="00A34DDE">
        <w:rPr>
          <w:rFonts w:ascii="Aptos" w:hAnsi="Aptos"/>
          <w:sz w:val="24"/>
          <w:szCs w:val="24"/>
        </w:rPr>
        <w:t>_ ,</w:t>
      </w:r>
      <w:proofErr w:type="gramEnd"/>
      <w:r w:rsidRPr="00A34DDE">
        <w:rPr>
          <w:rFonts w:ascii="Aptos" w:hAnsi="Aptos"/>
          <w:sz w:val="24"/>
          <w:szCs w:val="24"/>
        </w:rPr>
        <w:t xml:space="preserve"> the Trustee of the consumer proposal, for the benefit of the unsecured creditors:</w:t>
      </w:r>
    </w:p>
    <w:p w14:paraId="247A04C9" w14:textId="221A5488" w:rsidR="00D106AE" w:rsidRPr="00A34DDE" w:rsidRDefault="00D106AE" w:rsidP="00265A2D">
      <w:pPr>
        <w:spacing w:after="240"/>
        <w:jc w:val="both"/>
        <w:rPr>
          <w:rFonts w:ascii="Aptos" w:hAnsi="Aptos"/>
          <w:sz w:val="24"/>
          <w:szCs w:val="24"/>
        </w:rPr>
      </w:pPr>
      <w:r w:rsidRPr="00A34DDE">
        <w:rPr>
          <w:rFonts w:ascii="Aptos" w:hAnsi="Aptos"/>
          <w:i/>
          <w:iCs/>
          <w:sz w:val="24"/>
          <w:szCs w:val="24"/>
        </w:rPr>
        <w:t>(Set out the schedule of payments and the total amount to be paid in</w:t>
      </w:r>
      <w:r w:rsidR="006C5E33" w:rsidRPr="00A34DDE">
        <w:rPr>
          <w:rFonts w:ascii="Aptos" w:hAnsi="Aptos"/>
          <w:i/>
          <w:iCs/>
          <w:sz w:val="24"/>
          <w:szCs w:val="24"/>
        </w:rPr>
        <w:t xml:space="preserve"> </w:t>
      </w:r>
      <w:r w:rsidRPr="00A34DDE">
        <w:rPr>
          <w:rFonts w:ascii="Aptos" w:hAnsi="Aptos"/>
          <w:i/>
          <w:iCs/>
          <w:sz w:val="24"/>
          <w:szCs w:val="24"/>
        </w:rPr>
        <w:t>respect of unsecured claims.)</w:t>
      </w:r>
      <w:r w:rsidR="00D778D4">
        <w:rPr>
          <w:rFonts w:ascii="Aptos" w:hAnsi="Aptos"/>
          <w:i/>
          <w:iCs/>
          <w:sz w:val="24"/>
          <w:szCs w:val="24"/>
        </w:rPr>
        <w:t xml:space="preserve"> </w:t>
      </w:r>
      <w:r w:rsidR="00D778D4" w:rsidRPr="00351D18">
        <w:rPr>
          <w:rFonts w:ascii="Aptos" w:hAnsi="Aptos"/>
          <w:b/>
          <w:bCs/>
          <w:sz w:val="24"/>
          <w:szCs w:val="24"/>
        </w:rPr>
        <w:t xml:space="preserve">Annex </w:t>
      </w:r>
      <w:r w:rsidR="00D778D4">
        <w:rPr>
          <w:rFonts w:ascii="Aptos" w:hAnsi="Aptos"/>
          <w:b/>
          <w:bCs/>
          <w:sz w:val="24"/>
          <w:szCs w:val="24"/>
        </w:rPr>
        <w:t>4</w:t>
      </w:r>
    </w:p>
    <w:p w14:paraId="6314D459" w14:textId="462B9E53" w:rsidR="00D106AE" w:rsidRPr="00A34DDE" w:rsidRDefault="00D106AE" w:rsidP="00265A2D">
      <w:pPr>
        <w:jc w:val="both"/>
        <w:rPr>
          <w:rFonts w:ascii="Aptos" w:hAnsi="Aptos"/>
          <w:sz w:val="24"/>
          <w:szCs w:val="24"/>
        </w:rPr>
      </w:pPr>
      <w:r w:rsidRPr="00A34DDE">
        <w:rPr>
          <w:rFonts w:ascii="Aptos" w:hAnsi="Aptos"/>
          <w:sz w:val="24"/>
          <w:szCs w:val="24"/>
        </w:rPr>
        <w:t xml:space="preserve">5. That the Trustee of the consumer proposal </w:t>
      </w:r>
      <w:proofErr w:type="gramStart"/>
      <w:r w:rsidRPr="00A34DDE">
        <w:rPr>
          <w:rFonts w:ascii="Aptos" w:hAnsi="Aptos"/>
          <w:sz w:val="24"/>
          <w:szCs w:val="24"/>
        </w:rPr>
        <w:t>distribute</w:t>
      </w:r>
      <w:proofErr w:type="gramEnd"/>
      <w:r w:rsidRPr="00A34DDE">
        <w:rPr>
          <w:rFonts w:ascii="Aptos" w:hAnsi="Aptos"/>
          <w:sz w:val="24"/>
          <w:szCs w:val="24"/>
        </w:rPr>
        <w:t xml:space="preserve"> the </w:t>
      </w:r>
      <w:proofErr w:type="gramStart"/>
      <w:r w:rsidRPr="00A34DDE">
        <w:rPr>
          <w:rFonts w:ascii="Aptos" w:hAnsi="Aptos"/>
          <w:sz w:val="24"/>
          <w:szCs w:val="24"/>
        </w:rPr>
        <w:t>moneys</w:t>
      </w:r>
      <w:proofErr w:type="gramEnd"/>
      <w:r w:rsidR="006C5E33" w:rsidRPr="00A34DDE">
        <w:rPr>
          <w:rFonts w:ascii="Aptos" w:hAnsi="Aptos"/>
          <w:sz w:val="24"/>
          <w:szCs w:val="24"/>
        </w:rPr>
        <w:t xml:space="preserve"> </w:t>
      </w:r>
      <w:r w:rsidRPr="00A34DDE">
        <w:rPr>
          <w:rFonts w:ascii="Aptos" w:hAnsi="Aptos"/>
          <w:sz w:val="24"/>
          <w:szCs w:val="24"/>
        </w:rPr>
        <w:t>received to the</w:t>
      </w:r>
      <w:r w:rsidR="002328E1" w:rsidRPr="00A34DDE">
        <w:rPr>
          <w:rFonts w:ascii="Aptos" w:hAnsi="Aptos"/>
          <w:sz w:val="24"/>
          <w:szCs w:val="24"/>
        </w:rPr>
        <w:t xml:space="preserve"> u</w:t>
      </w:r>
      <w:r w:rsidRPr="00A34DDE">
        <w:rPr>
          <w:rFonts w:ascii="Aptos" w:hAnsi="Aptos"/>
          <w:sz w:val="24"/>
          <w:szCs w:val="24"/>
        </w:rPr>
        <w:t>nsecured creditors in accordance with the following schedule:</w:t>
      </w:r>
    </w:p>
    <w:p w14:paraId="0BB1EFC2" w14:textId="5D879515" w:rsidR="00D106AE" w:rsidRPr="00A34DDE" w:rsidRDefault="00D106AE" w:rsidP="00265A2D">
      <w:pPr>
        <w:spacing w:after="240"/>
        <w:jc w:val="both"/>
        <w:rPr>
          <w:rFonts w:ascii="Aptos" w:hAnsi="Aptos"/>
          <w:i/>
          <w:iCs/>
          <w:sz w:val="24"/>
          <w:szCs w:val="24"/>
        </w:rPr>
      </w:pPr>
      <w:r w:rsidRPr="00A34DDE">
        <w:rPr>
          <w:rFonts w:ascii="Aptos" w:hAnsi="Aptos"/>
          <w:i/>
          <w:iCs/>
          <w:sz w:val="24"/>
          <w:szCs w:val="24"/>
        </w:rPr>
        <w:t>(Describe the manner for distributing dividends.)</w:t>
      </w:r>
      <w:r w:rsidR="00D778D4">
        <w:rPr>
          <w:rFonts w:ascii="Aptos" w:hAnsi="Aptos"/>
          <w:i/>
          <w:iCs/>
          <w:sz w:val="24"/>
          <w:szCs w:val="24"/>
        </w:rPr>
        <w:t xml:space="preserve"> </w:t>
      </w:r>
      <w:r w:rsidR="00D778D4" w:rsidRPr="00351D18">
        <w:rPr>
          <w:rFonts w:ascii="Aptos" w:hAnsi="Aptos"/>
          <w:b/>
          <w:bCs/>
          <w:sz w:val="24"/>
          <w:szCs w:val="24"/>
        </w:rPr>
        <w:t xml:space="preserve">Annex </w:t>
      </w:r>
      <w:r w:rsidR="00D778D4">
        <w:rPr>
          <w:rFonts w:ascii="Aptos" w:hAnsi="Aptos"/>
          <w:b/>
          <w:bCs/>
          <w:sz w:val="24"/>
          <w:szCs w:val="24"/>
        </w:rPr>
        <w:t>5</w:t>
      </w:r>
    </w:p>
    <w:p w14:paraId="093940C0" w14:textId="77777777" w:rsidR="002812FA" w:rsidRPr="00A34DDE" w:rsidRDefault="002812FA" w:rsidP="00265A2D">
      <w:pPr>
        <w:jc w:val="both"/>
        <w:rPr>
          <w:rFonts w:ascii="Aptos" w:hAnsi="Aptos"/>
          <w:sz w:val="24"/>
          <w:szCs w:val="24"/>
        </w:rPr>
      </w:pPr>
      <w:r w:rsidRPr="00A34DDE">
        <w:rPr>
          <w:rFonts w:ascii="Aptos" w:hAnsi="Aptos"/>
          <w:sz w:val="24"/>
          <w:szCs w:val="24"/>
        </w:rPr>
        <w:t>6. That the proposal may include the following additional terms:</w:t>
      </w:r>
    </w:p>
    <w:p w14:paraId="7475C669" w14:textId="5EA281A6" w:rsidR="002812FA" w:rsidRPr="00A34DDE" w:rsidRDefault="002812FA" w:rsidP="00265A2D">
      <w:pPr>
        <w:jc w:val="both"/>
        <w:rPr>
          <w:rFonts w:ascii="Aptos" w:hAnsi="Aptos"/>
          <w:i/>
          <w:iCs/>
          <w:sz w:val="24"/>
          <w:szCs w:val="24"/>
        </w:rPr>
      </w:pPr>
      <w:r w:rsidRPr="00A34DDE">
        <w:rPr>
          <w:rFonts w:ascii="Aptos" w:hAnsi="Aptos"/>
          <w:i/>
          <w:iCs/>
          <w:sz w:val="24"/>
          <w:szCs w:val="24"/>
        </w:rPr>
        <w:t>(Set out the additional terms as proposed.)</w:t>
      </w:r>
      <w:r w:rsidR="00D778D4">
        <w:rPr>
          <w:rFonts w:ascii="Aptos" w:hAnsi="Aptos"/>
          <w:i/>
          <w:iCs/>
          <w:sz w:val="24"/>
          <w:szCs w:val="24"/>
        </w:rPr>
        <w:t xml:space="preserve"> </w:t>
      </w:r>
      <w:r w:rsidR="00D778D4" w:rsidRPr="00351D18">
        <w:rPr>
          <w:rFonts w:ascii="Aptos" w:hAnsi="Aptos"/>
          <w:b/>
          <w:bCs/>
          <w:sz w:val="24"/>
          <w:szCs w:val="24"/>
        </w:rPr>
        <w:t xml:space="preserve">Annex </w:t>
      </w:r>
      <w:r w:rsidR="00D778D4">
        <w:rPr>
          <w:rFonts w:ascii="Aptos" w:hAnsi="Aptos"/>
          <w:b/>
          <w:bCs/>
          <w:sz w:val="24"/>
          <w:szCs w:val="24"/>
        </w:rPr>
        <w:t>6</w:t>
      </w:r>
    </w:p>
    <w:p w14:paraId="3DBA7F38" w14:textId="77777777" w:rsidR="002812FA" w:rsidRPr="00A34DDE" w:rsidRDefault="002812FA" w:rsidP="002812FA">
      <w:pPr>
        <w:rPr>
          <w:rFonts w:ascii="Aptos" w:hAnsi="Aptos"/>
          <w:sz w:val="24"/>
          <w:szCs w:val="24"/>
        </w:rPr>
      </w:pPr>
    </w:p>
    <w:p w14:paraId="61369FC6" w14:textId="77777777" w:rsidR="00CB40DD" w:rsidRPr="00A34DDE" w:rsidRDefault="00CB40DD" w:rsidP="00CB40DD">
      <w:pPr>
        <w:rPr>
          <w:rFonts w:ascii="Aptos" w:hAnsi="Aptos"/>
          <w:b/>
          <w:bCs/>
          <w:sz w:val="24"/>
          <w:szCs w:val="24"/>
        </w:rPr>
      </w:pPr>
      <w:r w:rsidRPr="00A34DDE">
        <w:rPr>
          <w:rFonts w:ascii="Aptos" w:hAnsi="Aptos"/>
          <w:b/>
          <w:bCs/>
          <w:sz w:val="24"/>
          <w:szCs w:val="24"/>
        </w:rPr>
        <w:t>Declaration and Signature</w:t>
      </w:r>
    </w:p>
    <w:p w14:paraId="079C57C2" w14:textId="77777777" w:rsidR="00CB40DD" w:rsidRPr="00A34DDE" w:rsidRDefault="00CB40DD" w:rsidP="00CB40DD">
      <w:pPr>
        <w:rPr>
          <w:rFonts w:ascii="Aptos" w:hAnsi="Aptos"/>
          <w:sz w:val="24"/>
          <w:szCs w:val="24"/>
        </w:rPr>
      </w:pPr>
      <w:r w:rsidRPr="00A34DDE">
        <w:rPr>
          <w:rFonts w:ascii="Aptos" w:hAnsi="Aptos"/>
          <w:sz w:val="24"/>
          <w:szCs w:val="24"/>
        </w:rPr>
        <w:lastRenderedPageBreak/>
        <w:t>I hereby declare that the information provided in this proposal is true and correct to the best of my knowledge and belief.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CB40DD" w:rsidRPr="00A34DDE" w14:paraId="5F123800" w14:textId="77777777"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F6560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Place (Town/City):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0DAAE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CB40DD" w:rsidRPr="00A34DDE" w14:paraId="57C55260" w14:textId="77777777"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B3C54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Date: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644AC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CB40DD" w:rsidRPr="00A34DDE" w14:paraId="459193F3" w14:textId="77777777"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60930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Signature of Witness: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B47E2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CB40DD" w:rsidRPr="00A34DDE" w14:paraId="059F3057" w14:textId="77777777"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5ABDD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Name of Witness (print):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F2E48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CB40DD" w:rsidRPr="00A34DDE" w14:paraId="680804D7" w14:textId="77777777"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E2537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Signature of Consumer Debtor: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67DE2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CB40DD" w:rsidRPr="00A34DDE" w14:paraId="55EBAC45" w14:textId="77777777"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E9FB9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Name of Consumer Debtor (print):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23A19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</w:tbl>
    <w:p w14:paraId="4D3CAF14" w14:textId="77777777" w:rsidR="00CB40DD" w:rsidRPr="00A34DDE" w:rsidRDefault="00CB40DD" w:rsidP="00CB40DD">
      <w:pPr>
        <w:rPr>
          <w:rFonts w:ascii="Aptos" w:hAnsi="Aptos"/>
          <w:sz w:val="24"/>
          <w:szCs w:val="24"/>
        </w:rPr>
      </w:pPr>
    </w:p>
    <w:p w14:paraId="2C156E34" w14:textId="77777777" w:rsidR="00CB40DD" w:rsidRPr="00A34DDE" w:rsidRDefault="00CB40DD" w:rsidP="00CB40DD">
      <w:pPr>
        <w:rPr>
          <w:rFonts w:ascii="Aptos" w:hAnsi="Aptos"/>
          <w:sz w:val="24"/>
          <w:szCs w:val="24"/>
        </w:rPr>
      </w:pPr>
      <w:r w:rsidRPr="00A34DDE">
        <w:rPr>
          <w:rFonts w:ascii="Aptos" w:hAnsi="Aptos"/>
          <w:sz w:val="24"/>
          <w:szCs w:val="24"/>
        </w:rPr>
        <w:t>Administrator’s Acknowledgement</w:t>
      </w:r>
    </w:p>
    <w:p w14:paraId="7964D86B" w14:textId="746B1ED7" w:rsidR="00CD1F6B" w:rsidRPr="00A34DDE" w:rsidRDefault="00CB40DD" w:rsidP="00CB40DD">
      <w:pPr>
        <w:rPr>
          <w:rFonts w:ascii="Aptos" w:hAnsi="Aptos"/>
          <w:sz w:val="24"/>
          <w:szCs w:val="24"/>
        </w:rPr>
      </w:pPr>
      <w:r w:rsidRPr="00A34DDE">
        <w:rPr>
          <w:rFonts w:ascii="Aptos" w:hAnsi="Aptos"/>
          <w:sz w:val="24"/>
          <w:szCs w:val="24"/>
        </w:rPr>
        <w:t xml:space="preserve">I, ______________________________, the Administrator of this Consumer Proposal, acknowledge receipt of the above proposal on </w:t>
      </w:r>
      <w:proofErr w:type="gramStart"/>
      <w:r w:rsidRPr="00A34DDE">
        <w:rPr>
          <w:rFonts w:ascii="Aptos" w:hAnsi="Aptos"/>
          <w:sz w:val="24"/>
          <w:szCs w:val="24"/>
        </w:rPr>
        <w:t>this __</w:t>
      </w:r>
      <w:proofErr w:type="gramEnd"/>
      <w:r w:rsidRPr="00A34DDE">
        <w:rPr>
          <w:rFonts w:ascii="Aptos" w:hAnsi="Aptos"/>
          <w:sz w:val="24"/>
          <w:szCs w:val="24"/>
        </w:rPr>
        <w:t>____</w:t>
      </w:r>
      <w:proofErr w:type="gramStart"/>
      <w:r w:rsidRPr="00A34DDE">
        <w:rPr>
          <w:rFonts w:ascii="Aptos" w:hAnsi="Aptos"/>
          <w:sz w:val="24"/>
          <w:szCs w:val="24"/>
        </w:rPr>
        <w:t xml:space="preserve"> day of _</w:t>
      </w:r>
      <w:proofErr w:type="gramEnd"/>
      <w:r w:rsidRPr="00A34DDE">
        <w:rPr>
          <w:rFonts w:ascii="Aptos" w:hAnsi="Aptos"/>
          <w:sz w:val="24"/>
          <w:szCs w:val="24"/>
        </w:rPr>
        <w:t>________________, 20________.</w:t>
      </w:r>
    </w:p>
    <w:p w14:paraId="29A735CE" w14:textId="77777777" w:rsidR="00CB40DD" w:rsidRPr="00A34DDE" w:rsidRDefault="00CB40DD" w:rsidP="00780DE9">
      <w:pPr>
        <w:spacing w:after="120"/>
        <w:rPr>
          <w:rFonts w:ascii="Aptos" w:hAnsi="Aptos"/>
          <w:b/>
          <w:bCs/>
          <w:sz w:val="24"/>
          <w:szCs w:val="24"/>
        </w:rPr>
      </w:pPr>
      <w:r w:rsidRPr="00A34DDE">
        <w:rPr>
          <w:rFonts w:ascii="Aptos" w:hAnsi="Aptos"/>
          <w:b/>
          <w:bCs/>
          <w:sz w:val="24"/>
          <w:szCs w:val="24"/>
        </w:rPr>
        <w:t>For Official Use Only</w:t>
      </w:r>
    </w:p>
    <w:tbl>
      <w:tblPr>
        <w:tblStyle w:val="TableGrid"/>
        <w:tblW w:w="8725" w:type="dxa"/>
        <w:tblLook w:val="04A0" w:firstRow="1" w:lastRow="0" w:firstColumn="1" w:lastColumn="0" w:noHBand="0" w:noVBand="1"/>
      </w:tblPr>
      <w:tblGrid>
        <w:gridCol w:w="2785"/>
        <w:gridCol w:w="1980"/>
        <w:gridCol w:w="1530"/>
        <w:gridCol w:w="2430"/>
      </w:tblGrid>
      <w:tr w:rsidR="00CB40DD" w:rsidRPr="00A34DDE" w14:paraId="33CAD9FF" w14:textId="77777777" w:rsidTr="00780DE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7FC14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Item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E4663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Verified by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F0382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Date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646E6" w14:textId="77777777" w:rsidR="00CB40DD" w:rsidRPr="00A34DDE" w:rsidRDefault="00CB40DD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Remarks</w:t>
            </w:r>
          </w:p>
        </w:tc>
      </w:tr>
      <w:tr w:rsidR="00CB40DD" w:rsidRPr="00A34DDE" w14:paraId="5612194B" w14:textId="77777777" w:rsidTr="00780DE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9C975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Form complete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3B5C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C188E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6DB26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</w:tr>
      <w:tr w:rsidR="00CB40DD" w:rsidRPr="00A34DDE" w14:paraId="41A51771" w14:textId="77777777" w:rsidTr="00780DE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13FF2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Proposal registered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ED765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A052D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54DC3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</w:tr>
      <w:tr w:rsidR="00CB40DD" w:rsidRPr="00A34DDE" w14:paraId="3946490E" w14:textId="77777777" w:rsidTr="00780DE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12F93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Supervisor’s review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B1F52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D95FB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FAE80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</w:tr>
      <w:tr w:rsidR="00CB40DD" w:rsidRPr="00A34DDE" w14:paraId="606FCF0A" w14:textId="77777777" w:rsidTr="00780DE9"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D6EC8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Reference No. assigned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FE08B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384C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A8290" w14:textId="77777777" w:rsidR="00CB40DD" w:rsidRPr="00A34DDE" w:rsidRDefault="00CB40DD" w:rsidP="000B716B">
            <w:pPr>
              <w:spacing w:line="360" w:lineRule="auto"/>
              <w:rPr>
                <w:rFonts w:ascii="Aptos" w:hAnsi="Aptos"/>
                <w:sz w:val="24"/>
                <w:szCs w:val="24"/>
              </w:rPr>
            </w:pPr>
          </w:p>
        </w:tc>
      </w:tr>
    </w:tbl>
    <w:p w14:paraId="6BDDC3A6" w14:textId="77777777" w:rsidR="00CB40DD" w:rsidRDefault="00CB40DD" w:rsidP="000B716B"/>
    <w:p w14:paraId="0F837C67" w14:textId="77777777" w:rsidR="00B03F44" w:rsidRDefault="00B03F44" w:rsidP="000B716B"/>
    <w:p w14:paraId="67C2C746" w14:textId="77777777" w:rsidR="00B03F44" w:rsidRDefault="00B03F44" w:rsidP="000B716B"/>
    <w:p w14:paraId="2982A9A7" w14:textId="77777777" w:rsidR="00B03F44" w:rsidRDefault="00B03F44" w:rsidP="000B716B"/>
    <w:p w14:paraId="411532D4" w14:textId="1C975ACB" w:rsidR="00D97B29" w:rsidRPr="00D97B29" w:rsidRDefault="00D97B29" w:rsidP="00D97B29">
      <w:pPr>
        <w:jc w:val="center"/>
        <w:rPr>
          <w:b/>
          <w:bCs/>
        </w:rPr>
      </w:pPr>
      <w:r w:rsidRPr="00D97B29">
        <w:rPr>
          <w:b/>
          <w:bCs/>
        </w:rPr>
        <w:t>Annex</w:t>
      </w:r>
      <w:r>
        <w:rPr>
          <w:b/>
          <w:bCs/>
        </w:rPr>
        <w:t xml:space="preserve"> 1</w:t>
      </w:r>
      <w:r w:rsidRPr="00D97B29">
        <w:rPr>
          <w:b/>
          <w:bCs/>
        </w:rPr>
        <w:t xml:space="preserve"> - Secured Creditors (Section 115(1)(c)(</w:t>
      </w:r>
      <w:proofErr w:type="spellStart"/>
      <w:r w:rsidRPr="00D97B29">
        <w:rPr>
          <w:b/>
          <w:bCs/>
        </w:rPr>
        <w:t>i</w:t>
      </w:r>
      <w:proofErr w:type="spellEnd"/>
      <w:r w:rsidRPr="00D97B29">
        <w:rPr>
          <w:b/>
          <w:bCs/>
        </w:rPr>
        <w:t>))</w:t>
      </w:r>
    </w:p>
    <w:p w14:paraId="7BAFB081" w14:textId="77777777" w:rsidR="00B022F3" w:rsidRDefault="00B022F3" w:rsidP="00B022F3"/>
    <w:p w14:paraId="798B5CA5" w14:textId="72F6A89E" w:rsidR="00B022F3" w:rsidRPr="00B022F3" w:rsidRDefault="00B022F3" w:rsidP="00B022F3">
      <w:r w:rsidRPr="00B022F3">
        <w:t xml:space="preserve">Set out the terms of the proposal </w:t>
      </w:r>
      <w:proofErr w:type="gramStart"/>
      <w:r w:rsidRPr="00B022F3">
        <w:t>in</w:t>
      </w:r>
      <w:proofErr w:type="gramEnd"/>
      <w:r w:rsidRPr="00B022F3">
        <w:t xml:space="preserve"> respect </w:t>
      </w:r>
      <w:proofErr w:type="gramStart"/>
      <w:r w:rsidRPr="00B022F3">
        <w:t>of</w:t>
      </w:r>
      <w:proofErr w:type="gramEnd"/>
      <w:r w:rsidRPr="00B022F3">
        <w:t xml:space="preserve"> secured claims.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5309"/>
      </w:tblGrid>
      <w:tr w:rsidR="00A06657" w14:paraId="7EDC0141" w14:textId="77777777" w:rsidTr="00A06657">
        <w:tc>
          <w:tcPr>
            <w:tcW w:w="2876" w:type="dxa"/>
          </w:tcPr>
          <w:p w14:paraId="49D29703" w14:textId="77777777" w:rsidR="00A06657" w:rsidRDefault="00A06657" w:rsidP="00CC7027"/>
        </w:tc>
        <w:tc>
          <w:tcPr>
            <w:tcW w:w="5309" w:type="dxa"/>
          </w:tcPr>
          <w:p w14:paraId="2EF818CB" w14:textId="77777777" w:rsidR="00A06657" w:rsidRDefault="00A06657" w:rsidP="00CC7027"/>
        </w:tc>
      </w:tr>
      <w:tr w:rsidR="00A06657" w14:paraId="5AD69956" w14:textId="77777777" w:rsidTr="00A06657">
        <w:tc>
          <w:tcPr>
            <w:tcW w:w="2876" w:type="dxa"/>
          </w:tcPr>
          <w:p w14:paraId="59290ED3" w14:textId="77777777" w:rsidR="00A06657" w:rsidRDefault="00A06657" w:rsidP="00CC7027"/>
        </w:tc>
        <w:tc>
          <w:tcPr>
            <w:tcW w:w="5309" w:type="dxa"/>
          </w:tcPr>
          <w:p w14:paraId="172AAA5E" w14:textId="77777777" w:rsidR="00A06657" w:rsidRDefault="00A06657" w:rsidP="00CC7027"/>
        </w:tc>
      </w:tr>
      <w:tr w:rsidR="00A06657" w14:paraId="29E04AD5" w14:textId="77777777" w:rsidTr="00A06657">
        <w:tc>
          <w:tcPr>
            <w:tcW w:w="2876" w:type="dxa"/>
          </w:tcPr>
          <w:p w14:paraId="75C55321" w14:textId="77777777" w:rsidR="00A06657" w:rsidRDefault="00A06657" w:rsidP="00CC7027"/>
        </w:tc>
        <w:tc>
          <w:tcPr>
            <w:tcW w:w="5309" w:type="dxa"/>
          </w:tcPr>
          <w:p w14:paraId="2E12FF7E" w14:textId="77777777" w:rsidR="00A06657" w:rsidRDefault="00A06657" w:rsidP="00CC7027"/>
        </w:tc>
      </w:tr>
      <w:tr w:rsidR="00A06657" w14:paraId="622E0722" w14:textId="77777777" w:rsidTr="00A06657">
        <w:tc>
          <w:tcPr>
            <w:tcW w:w="2876" w:type="dxa"/>
          </w:tcPr>
          <w:p w14:paraId="1CA3A0DA" w14:textId="77777777" w:rsidR="00A06657" w:rsidRDefault="00A06657" w:rsidP="00CC7027"/>
        </w:tc>
        <w:tc>
          <w:tcPr>
            <w:tcW w:w="5309" w:type="dxa"/>
          </w:tcPr>
          <w:p w14:paraId="4C5E8C02" w14:textId="77777777" w:rsidR="00A06657" w:rsidRDefault="00A06657" w:rsidP="00CC7027"/>
        </w:tc>
      </w:tr>
      <w:tr w:rsidR="00A06657" w14:paraId="65C6ACCD" w14:textId="77777777" w:rsidTr="00A06657">
        <w:tc>
          <w:tcPr>
            <w:tcW w:w="2876" w:type="dxa"/>
          </w:tcPr>
          <w:p w14:paraId="1AD49E76" w14:textId="77777777" w:rsidR="00A06657" w:rsidRDefault="00A06657" w:rsidP="00CC7027"/>
        </w:tc>
        <w:tc>
          <w:tcPr>
            <w:tcW w:w="5309" w:type="dxa"/>
          </w:tcPr>
          <w:p w14:paraId="69CFD90D" w14:textId="77777777" w:rsidR="00A06657" w:rsidRDefault="00A06657" w:rsidP="00CC7027"/>
        </w:tc>
      </w:tr>
      <w:tr w:rsidR="00A06657" w14:paraId="59ADE1D4" w14:textId="77777777" w:rsidTr="00A06657">
        <w:tc>
          <w:tcPr>
            <w:tcW w:w="2876" w:type="dxa"/>
          </w:tcPr>
          <w:p w14:paraId="11E00F97" w14:textId="77777777" w:rsidR="00A06657" w:rsidRDefault="00A06657" w:rsidP="00CC7027"/>
        </w:tc>
        <w:tc>
          <w:tcPr>
            <w:tcW w:w="5309" w:type="dxa"/>
          </w:tcPr>
          <w:p w14:paraId="5BC2C289" w14:textId="77777777" w:rsidR="00A06657" w:rsidRDefault="00A06657" w:rsidP="00CC7027"/>
        </w:tc>
      </w:tr>
    </w:tbl>
    <w:p w14:paraId="2090D326" w14:textId="77777777" w:rsidR="00B03F44" w:rsidRDefault="00B03F44" w:rsidP="000B716B"/>
    <w:p w14:paraId="1B6B3C57" w14:textId="77777777" w:rsidR="00B03F44" w:rsidRDefault="00B03F44" w:rsidP="000B716B"/>
    <w:p w14:paraId="1666D506" w14:textId="35E8F246" w:rsidR="00A06657" w:rsidRDefault="00A06657" w:rsidP="00A06657">
      <w:pPr>
        <w:jc w:val="center"/>
        <w:rPr>
          <w:b/>
          <w:bCs/>
        </w:rPr>
      </w:pPr>
      <w:r w:rsidRPr="00D97B29">
        <w:rPr>
          <w:b/>
          <w:bCs/>
        </w:rPr>
        <w:t>Annex</w:t>
      </w:r>
      <w:r>
        <w:rPr>
          <w:b/>
          <w:bCs/>
        </w:rPr>
        <w:t xml:space="preserve"> </w:t>
      </w:r>
      <w:r w:rsidR="00691C9F">
        <w:rPr>
          <w:b/>
          <w:bCs/>
        </w:rPr>
        <w:t>2</w:t>
      </w:r>
      <w:r w:rsidRPr="00D97B29">
        <w:rPr>
          <w:b/>
          <w:bCs/>
        </w:rPr>
        <w:t xml:space="preserve"> - </w:t>
      </w:r>
      <w:r w:rsidRPr="00A06657">
        <w:rPr>
          <w:b/>
          <w:bCs/>
        </w:rPr>
        <w:t>Preferred Claims (Section 115(1)(c)(ii))</w:t>
      </w:r>
    </w:p>
    <w:p w14:paraId="4C7B0ADC" w14:textId="77777777" w:rsidR="00A06657" w:rsidRPr="00A06657" w:rsidRDefault="00A06657" w:rsidP="00A06657">
      <w:r w:rsidRPr="00A06657">
        <w:t>Set out the terms of the proposal in respect of preferred claims.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5399"/>
      </w:tblGrid>
      <w:tr w:rsidR="00A06657" w14:paraId="0553B7A4" w14:textId="77777777" w:rsidTr="00A06657">
        <w:tc>
          <w:tcPr>
            <w:tcW w:w="2876" w:type="dxa"/>
          </w:tcPr>
          <w:p w14:paraId="4C1C1517" w14:textId="77777777" w:rsidR="00A06657" w:rsidRDefault="00A06657" w:rsidP="00CC7027"/>
        </w:tc>
        <w:tc>
          <w:tcPr>
            <w:tcW w:w="5399" w:type="dxa"/>
          </w:tcPr>
          <w:p w14:paraId="6C61F728" w14:textId="77777777" w:rsidR="00A06657" w:rsidRDefault="00A06657" w:rsidP="00CC7027"/>
        </w:tc>
      </w:tr>
      <w:tr w:rsidR="00A06657" w14:paraId="51CC60A2" w14:textId="77777777" w:rsidTr="00A06657">
        <w:tc>
          <w:tcPr>
            <w:tcW w:w="2876" w:type="dxa"/>
          </w:tcPr>
          <w:p w14:paraId="77B8B6A9" w14:textId="77777777" w:rsidR="00A06657" w:rsidRDefault="00A06657" w:rsidP="00CC7027"/>
        </w:tc>
        <w:tc>
          <w:tcPr>
            <w:tcW w:w="5399" w:type="dxa"/>
          </w:tcPr>
          <w:p w14:paraId="0444786B" w14:textId="77777777" w:rsidR="00A06657" w:rsidRDefault="00A06657" w:rsidP="00CC7027"/>
        </w:tc>
      </w:tr>
      <w:tr w:rsidR="00A06657" w14:paraId="5F4ECA97" w14:textId="77777777" w:rsidTr="00A06657">
        <w:tc>
          <w:tcPr>
            <w:tcW w:w="2876" w:type="dxa"/>
          </w:tcPr>
          <w:p w14:paraId="28A416CC" w14:textId="77777777" w:rsidR="00A06657" w:rsidRDefault="00A06657" w:rsidP="00CC7027"/>
        </w:tc>
        <w:tc>
          <w:tcPr>
            <w:tcW w:w="5399" w:type="dxa"/>
          </w:tcPr>
          <w:p w14:paraId="3A0B51D2" w14:textId="77777777" w:rsidR="00A06657" w:rsidRDefault="00A06657" w:rsidP="00CC7027"/>
        </w:tc>
      </w:tr>
      <w:tr w:rsidR="00A06657" w14:paraId="44D7AE6B" w14:textId="77777777" w:rsidTr="00A06657">
        <w:tc>
          <w:tcPr>
            <w:tcW w:w="2876" w:type="dxa"/>
          </w:tcPr>
          <w:p w14:paraId="6CBEF2DF" w14:textId="77777777" w:rsidR="00A06657" w:rsidRDefault="00A06657" w:rsidP="00CC7027"/>
        </w:tc>
        <w:tc>
          <w:tcPr>
            <w:tcW w:w="5399" w:type="dxa"/>
          </w:tcPr>
          <w:p w14:paraId="7478440D" w14:textId="77777777" w:rsidR="00A06657" w:rsidRDefault="00A06657" w:rsidP="00CC7027"/>
        </w:tc>
      </w:tr>
      <w:tr w:rsidR="00A06657" w14:paraId="12396466" w14:textId="77777777" w:rsidTr="00A06657">
        <w:tc>
          <w:tcPr>
            <w:tcW w:w="2876" w:type="dxa"/>
          </w:tcPr>
          <w:p w14:paraId="214B16EA" w14:textId="77777777" w:rsidR="00A06657" w:rsidRDefault="00A06657" w:rsidP="00CC7027"/>
        </w:tc>
        <w:tc>
          <w:tcPr>
            <w:tcW w:w="5399" w:type="dxa"/>
          </w:tcPr>
          <w:p w14:paraId="58BAD2E4" w14:textId="77777777" w:rsidR="00A06657" w:rsidRDefault="00A06657" w:rsidP="00CC7027"/>
        </w:tc>
      </w:tr>
      <w:tr w:rsidR="00A06657" w14:paraId="0E2537BF" w14:textId="77777777" w:rsidTr="00A06657">
        <w:tc>
          <w:tcPr>
            <w:tcW w:w="2876" w:type="dxa"/>
          </w:tcPr>
          <w:p w14:paraId="3ECD624A" w14:textId="77777777" w:rsidR="00A06657" w:rsidRDefault="00A06657" w:rsidP="00CC7027"/>
        </w:tc>
        <w:tc>
          <w:tcPr>
            <w:tcW w:w="5399" w:type="dxa"/>
          </w:tcPr>
          <w:p w14:paraId="6840846D" w14:textId="77777777" w:rsidR="00A06657" w:rsidRDefault="00A06657" w:rsidP="00CC7027"/>
        </w:tc>
      </w:tr>
    </w:tbl>
    <w:p w14:paraId="4CA387E6" w14:textId="77777777" w:rsidR="00A06657" w:rsidRDefault="00A06657" w:rsidP="00A06657">
      <w:pPr>
        <w:jc w:val="center"/>
        <w:rPr>
          <w:b/>
          <w:bCs/>
        </w:rPr>
      </w:pPr>
    </w:p>
    <w:p w14:paraId="21540103" w14:textId="77777777" w:rsidR="00A06657" w:rsidRPr="00D97B29" w:rsidRDefault="00A06657" w:rsidP="00A06657">
      <w:pPr>
        <w:jc w:val="center"/>
        <w:rPr>
          <w:b/>
          <w:bCs/>
        </w:rPr>
      </w:pPr>
    </w:p>
    <w:p w14:paraId="02070334" w14:textId="4511B0FD" w:rsidR="00A06657" w:rsidRDefault="00A06657" w:rsidP="00A06657">
      <w:pPr>
        <w:jc w:val="center"/>
        <w:rPr>
          <w:b/>
          <w:bCs/>
        </w:rPr>
      </w:pPr>
      <w:r w:rsidRPr="00D97B29">
        <w:rPr>
          <w:b/>
          <w:bCs/>
        </w:rPr>
        <w:t>Annex</w:t>
      </w:r>
      <w:r>
        <w:rPr>
          <w:b/>
          <w:bCs/>
        </w:rPr>
        <w:t xml:space="preserve"> </w:t>
      </w:r>
      <w:r w:rsidR="00691C9F">
        <w:rPr>
          <w:b/>
          <w:bCs/>
        </w:rPr>
        <w:t>3</w:t>
      </w:r>
      <w:r w:rsidRPr="00D97B29">
        <w:rPr>
          <w:b/>
          <w:bCs/>
        </w:rPr>
        <w:t xml:space="preserve"> - </w:t>
      </w:r>
      <w:r w:rsidRPr="00A06657">
        <w:rPr>
          <w:b/>
          <w:bCs/>
        </w:rPr>
        <w:t>Administrator’s and Counselling Fees (Section 115(1)(c)(iii))</w:t>
      </w:r>
    </w:p>
    <w:p w14:paraId="53C8EFB4" w14:textId="77777777" w:rsidR="00A06657" w:rsidRPr="00A06657" w:rsidRDefault="00A06657" w:rsidP="00A06657">
      <w:r w:rsidRPr="00A06657">
        <w:t>Set out the terms for these fees and expenses.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5399"/>
      </w:tblGrid>
      <w:tr w:rsidR="00A06657" w14:paraId="1761DB17" w14:textId="77777777" w:rsidTr="00A06657">
        <w:tc>
          <w:tcPr>
            <w:tcW w:w="2876" w:type="dxa"/>
          </w:tcPr>
          <w:p w14:paraId="4F3C988B" w14:textId="77777777" w:rsidR="00A06657" w:rsidRDefault="00A06657" w:rsidP="00CC7027"/>
        </w:tc>
        <w:tc>
          <w:tcPr>
            <w:tcW w:w="5399" w:type="dxa"/>
          </w:tcPr>
          <w:p w14:paraId="62B4E73C" w14:textId="77777777" w:rsidR="00A06657" w:rsidRDefault="00A06657" w:rsidP="00CC7027"/>
        </w:tc>
      </w:tr>
      <w:tr w:rsidR="00A06657" w14:paraId="424A687F" w14:textId="77777777" w:rsidTr="00A06657">
        <w:tc>
          <w:tcPr>
            <w:tcW w:w="2876" w:type="dxa"/>
          </w:tcPr>
          <w:p w14:paraId="201EADB7" w14:textId="77777777" w:rsidR="00A06657" w:rsidRDefault="00A06657" w:rsidP="00CC7027"/>
        </w:tc>
        <w:tc>
          <w:tcPr>
            <w:tcW w:w="5399" w:type="dxa"/>
          </w:tcPr>
          <w:p w14:paraId="53FB0D56" w14:textId="77777777" w:rsidR="00A06657" w:rsidRDefault="00A06657" w:rsidP="00CC7027"/>
        </w:tc>
      </w:tr>
      <w:tr w:rsidR="00A06657" w14:paraId="22F19230" w14:textId="77777777" w:rsidTr="00A06657">
        <w:tc>
          <w:tcPr>
            <w:tcW w:w="2876" w:type="dxa"/>
          </w:tcPr>
          <w:p w14:paraId="3B97B78A" w14:textId="77777777" w:rsidR="00A06657" w:rsidRDefault="00A06657" w:rsidP="00CC7027"/>
        </w:tc>
        <w:tc>
          <w:tcPr>
            <w:tcW w:w="5399" w:type="dxa"/>
          </w:tcPr>
          <w:p w14:paraId="4668F616" w14:textId="77777777" w:rsidR="00A06657" w:rsidRDefault="00A06657" w:rsidP="00CC7027"/>
        </w:tc>
      </w:tr>
      <w:tr w:rsidR="00A06657" w14:paraId="23EA87FF" w14:textId="77777777" w:rsidTr="00A06657">
        <w:tc>
          <w:tcPr>
            <w:tcW w:w="2876" w:type="dxa"/>
          </w:tcPr>
          <w:p w14:paraId="2881EF97" w14:textId="77777777" w:rsidR="00A06657" w:rsidRDefault="00A06657" w:rsidP="00CC7027"/>
        </w:tc>
        <w:tc>
          <w:tcPr>
            <w:tcW w:w="5399" w:type="dxa"/>
          </w:tcPr>
          <w:p w14:paraId="1BD13785" w14:textId="77777777" w:rsidR="00A06657" w:rsidRDefault="00A06657" w:rsidP="00CC7027"/>
        </w:tc>
      </w:tr>
      <w:tr w:rsidR="00A06657" w14:paraId="57E2F0C7" w14:textId="77777777" w:rsidTr="00A06657">
        <w:tc>
          <w:tcPr>
            <w:tcW w:w="2876" w:type="dxa"/>
          </w:tcPr>
          <w:p w14:paraId="7770140E" w14:textId="77777777" w:rsidR="00A06657" w:rsidRDefault="00A06657" w:rsidP="00CC7027"/>
        </w:tc>
        <w:tc>
          <w:tcPr>
            <w:tcW w:w="5399" w:type="dxa"/>
          </w:tcPr>
          <w:p w14:paraId="21BE55CC" w14:textId="77777777" w:rsidR="00A06657" w:rsidRDefault="00A06657" w:rsidP="00CC7027"/>
        </w:tc>
      </w:tr>
      <w:tr w:rsidR="00A06657" w14:paraId="46F37802" w14:textId="77777777" w:rsidTr="00A06657">
        <w:tc>
          <w:tcPr>
            <w:tcW w:w="2876" w:type="dxa"/>
          </w:tcPr>
          <w:p w14:paraId="383BF3A9" w14:textId="77777777" w:rsidR="00A06657" w:rsidRDefault="00A06657" w:rsidP="00CC7027"/>
        </w:tc>
        <w:tc>
          <w:tcPr>
            <w:tcW w:w="5399" w:type="dxa"/>
          </w:tcPr>
          <w:p w14:paraId="6EFF6D6A" w14:textId="77777777" w:rsidR="00A06657" w:rsidRDefault="00A06657" w:rsidP="00CC7027"/>
        </w:tc>
      </w:tr>
    </w:tbl>
    <w:p w14:paraId="7E13DE4A" w14:textId="77777777" w:rsidR="00A06657" w:rsidRDefault="00A06657" w:rsidP="00A06657">
      <w:pPr>
        <w:jc w:val="center"/>
        <w:rPr>
          <w:b/>
          <w:bCs/>
        </w:rPr>
      </w:pPr>
    </w:p>
    <w:p w14:paraId="33F557EC" w14:textId="77777777" w:rsidR="00104C02" w:rsidRDefault="00104C02" w:rsidP="00A06657">
      <w:pPr>
        <w:jc w:val="center"/>
        <w:rPr>
          <w:b/>
          <w:bCs/>
        </w:rPr>
      </w:pPr>
    </w:p>
    <w:p w14:paraId="621281F5" w14:textId="4272F6B2" w:rsidR="00A06657" w:rsidRDefault="00A06657" w:rsidP="00A06657">
      <w:pPr>
        <w:jc w:val="center"/>
        <w:rPr>
          <w:b/>
          <w:bCs/>
        </w:rPr>
      </w:pPr>
      <w:r w:rsidRPr="00D97B29">
        <w:rPr>
          <w:b/>
          <w:bCs/>
        </w:rPr>
        <w:t>Annex</w:t>
      </w:r>
      <w:r>
        <w:rPr>
          <w:b/>
          <w:bCs/>
        </w:rPr>
        <w:t xml:space="preserve"> </w:t>
      </w:r>
      <w:r w:rsidR="00815CA8">
        <w:rPr>
          <w:b/>
          <w:bCs/>
        </w:rPr>
        <w:t>4</w:t>
      </w:r>
      <w:r w:rsidRPr="00D97B29">
        <w:rPr>
          <w:b/>
          <w:bCs/>
        </w:rPr>
        <w:t xml:space="preserve"> - </w:t>
      </w:r>
      <w:r w:rsidR="00815CA8" w:rsidRPr="00815CA8">
        <w:rPr>
          <w:b/>
          <w:bCs/>
        </w:rPr>
        <w:t>Payments to Administrator for Unsecured Creditors</w:t>
      </w:r>
    </w:p>
    <w:p w14:paraId="52D1A206" w14:textId="77777777" w:rsidR="00815CA8" w:rsidRDefault="00815CA8" w:rsidP="00A06657">
      <w:pPr>
        <w:jc w:val="center"/>
        <w:rPr>
          <w:b/>
          <w:bCs/>
        </w:rPr>
      </w:pPr>
    </w:p>
    <w:p w14:paraId="71F69F84" w14:textId="77777777" w:rsidR="00815CA8" w:rsidRPr="00815CA8" w:rsidRDefault="00815CA8" w:rsidP="00815CA8">
      <w:r w:rsidRPr="00815CA8">
        <w:t>Set out the schedule of payments and the total amount to be paid in respect of unsecured claims.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5399"/>
      </w:tblGrid>
      <w:tr w:rsidR="00815CA8" w14:paraId="174E617F" w14:textId="77777777" w:rsidTr="00CC7027">
        <w:tc>
          <w:tcPr>
            <w:tcW w:w="2876" w:type="dxa"/>
          </w:tcPr>
          <w:p w14:paraId="365AAEC0" w14:textId="77777777" w:rsidR="00815CA8" w:rsidRDefault="00815CA8" w:rsidP="00CC7027"/>
        </w:tc>
        <w:tc>
          <w:tcPr>
            <w:tcW w:w="5399" w:type="dxa"/>
          </w:tcPr>
          <w:p w14:paraId="4FEECD7F" w14:textId="77777777" w:rsidR="00815CA8" w:rsidRDefault="00815CA8" w:rsidP="00CC7027"/>
        </w:tc>
      </w:tr>
      <w:tr w:rsidR="00815CA8" w14:paraId="54C5941F" w14:textId="77777777" w:rsidTr="00CC7027">
        <w:tc>
          <w:tcPr>
            <w:tcW w:w="2876" w:type="dxa"/>
          </w:tcPr>
          <w:p w14:paraId="34FF0F3E" w14:textId="77777777" w:rsidR="00815CA8" w:rsidRDefault="00815CA8" w:rsidP="00CC7027"/>
        </w:tc>
        <w:tc>
          <w:tcPr>
            <w:tcW w:w="5399" w:type="dxa"/>
          </w:tcPr>
          <w:p w14:paraId="37F889A7" w14:textId="77777777" w:rsidR="00815CA8" w:rsidRDefault="00815CA8" w:rsidP="00CC7027"/>
        </w:tc>
      </w:tr>
      <w:tr w:rsidR="00815CA8" w14:paraId="6C545818" w14:textId="77777777" w:rsidTr="00CC7027">
        <w:tc>
          <w:tcPr>
            <w:tcW w:w="2876" w:type="dxa"/>
          </w:tcPr>
          <w:p w14:paraId="3AD05BE7" w14:textId="77777777" w:rsidR="00815CA8" w:rsidRDefault="00815CA8" w:rsidP="00CC7027"/>
        </w:tc>
        <w:tc>
          <w:tcPr>
            <w:tcW w:w="5399" w:type="dxa"/>
          </w:tcPr>
          <w:p w14:paraId="6662834F" w14:textId="77777777" w:rsidR="00815CA8" w:rsidRDefault="00815CA8" w:rsidP="00CC7027"/>
        </w:tc>
      </w:tr>
      <w:tr w:rsidR="00815CA8" w14:paraId="13588E0E" w14:textId="77777777" w:rsidTr="00CC7027">
        <w:tc>
          <w:tcPr>
            <w:tcW w:w="2876" w:type="dxa"/>
          </w:tcPr>
          <w:p w14:paraId="7AC48E38" w14:textId="77777777" w:rsidR="00815CA8" w:rsidRDefault="00815CA8" w:rsidP="00CC7027"/>
        </w:tc>
        <w:tc>
          <w:tcPr>
            <w:tcW w:w="5399" w:type="dxa"/>
          </w:tcPr>
          <w:p w14:paraId="61910423" w14:textId="77777777" w:rsidR="00815CA8" w:rsidRDefault="00815CA8" w:rsidP="00CC7027"/>
        </w:tc>
      </w:tr>
      <w:tr w:rsidR="00815CA8" w14:paraId="27B72E6E" w14:textId="77777777" w:rsidTr="00CC7027">
        <w:tc>
          <w:tcPr>
            <w:tcW w:w="2876" w:type="dxa"/>
          </w:tcPr>
          <w:p w14:paraId="474E72AC" w14:textId="77777777" w:rsidR="00815CA8" w:rsidRDefault="00815CA8" w:rsidP="00CC7027"/>
        </w:tc>
        <w:tc>
          <w:tcPr>
            <w:tcW w:w="5399" w:type="dxa"/>
          </w:tcPr>
          <w:p w14:paraId="2792042E" w14:textId="77777777" w:rsidR="00815CA8" w:rsidRDefault="00815CA8" w:rsidP="00CC7027"/>
        </w:tc>
      </w:tr>
      <w:tr w:rsidR="00815CA8" w14:paraId="4D112534" w14:textId="77777777" w:rsidTr="00CC7027">
        <w:tc>
          <w:tcPr>
            <w:tcW w:w="2876" w:type="dxa"/>
          </w:tcPr>
          <w:p w14:paraId="397D0402" w14:textId="77777777" w:rsidR="00815CA8" w:rsidRDefault="00815CA8" w:rsidP="00CC7027"/>
        </w:tc>
        <w:tc>
          <w:tcPr>
            <w:tcW w:w="5399" w:type="dxa"/>
          </w:tcPr>
          <w:p w14:paraId="0C0F9699" w14:textId="77777777" w:rsidR="00815CA8" w:rsidRDefault="00815CA8" w:rsidP="00CC7027"/>
        </w:tc>
      </w:tr>
      <w:tr w:rsidR="00815CA8" w14:paraId="7FC0D9AC" w14:textId="77777777" w:rsidTr="00CC7027">
        <w:tc>
          <w:tcPr>
            <w:tcW w:w="2876" w:type="dxa"/>
          </w:tcPr>
          <w:p w14:paraId="425DCA04" w14:textId="77777777" w:rsidR="00815CA8" w:rsidRDefault="00815CA8" w:rsidP="00CC7027"/>
        </w:tc>
        <w:tc>
          <w:tcPr>
            <w:tcW w:w="5399" w:type="dxa"/>
          </w:tcPr>
          <w:p w14:paraId="231BE22F" w14:textId="77777777" w:rsidR="00815CA8" w:rsidRDefault="00815CA8" w:rsidP="00CC7027"/>
        </w:tc>
      </w:tr>
      <w:tr w:rsidR="00815CA8" w14:paraId="47D23144" w14:textId="77777777" w:rsidTr="00CC7027">
        <w:tc>
          <w:tcPr>
            <w:tcW w:w="2876" w:type="dxa"/>
          </w:tcPr>
          <w:p w14:paraId="246B88F5" w14:textId="77777777" w:rsidR="00815CA8" w:rsidRDefault="00815CA8" w:rsidP="00CC7027"/>
        </w:tc>
        <w:tc>
          <w:tcPr>
            <w:tcW w:w="5399" w:type="dxa"/>
          </w:tcPr>
          <w:p w14:paraId="4C71E104" w14:textId="77777777" w:rsidR="00815CA8" w:rsidRDefault="00815CA8" w:rsidP="00CC7027"/>
        </w:tc>
      </w:tr>
      <w:tr w:rsidR="00815CA8" w14:paraId="6FB3D7B3" w14:textId="77777777" w:rsidTr="00CC7027">
        <w:tc>
          <w:tcPr>
            <w:tcW w:w="2876" w:type="dxa"/>
          </w:tcPr>
          <w:p w14:paraId="65B8DD3C" w14:textId="77777777" w:rsidR="00815CA8" w:rsidRDefault="00815CA8" w:rsidP="00CC7027"/>
        </w:tc>
        <w:tc>
          <w:tcPr>
            <w:tcW w:w="5399" w:type="dxa"/>
          </w:tcPr>
          <w:p w14:paraId="000C3758" w14:textId="77777777" w:rsidR="00815CA8" w:rsidRDefault="00815CA8" w:rsidP="00CC7027"/>
        </w:tc>
      </w:tr>
      <w:tr w:rsidR="00815CA8" w14:paraId="13AC59C9" w14:textId="77777777" w:rsidTr="00CC7027">
        <w:tc>
          <w:tcPr>
            <w:tcW w:w="2876" w:type="dxa"/>
          </w:tcPr>
          <w:p w14:paraId="6166D8BA" w14:textId="77777777" w:rsidR="00815CA8" w:rsidRDefault="00815CA8" w:rsidP="00CC7027"/>
        </w:tc>
        <w:tc>
          <w:tcPr>
            <w:tcW w:w="5399" w:type="dxa"/>
          </w:tcPr>
          <w:p w14:paraId="41953202" w14:textId="77777777" w:rsidR="00815CA8" w:rsidRDefault="00815CA8" w:rsidP="00CC7027"/>
        </w:tc>
      </w:tr>
      <w:tr w:rsidR="00815CA8" w14:paraId="20A99F60" w14:textId="77777777" w:rsidTr="00CC7027">
        <w:tc>
          <w:tcPr>
            <w:tcW w:w="2876" w:type="dxa"/>
          </w:tcPr>
          <w:p w14:paraId="55FD2C71" w14:textId="77777777" w:rsidR="00815CA8" w:rsidRDefault="00815CA8" w:rsidP="00CC7027"/>
        </w:tc>
        <w:tc>
          <w:tcPr>
            <w:tcW w:w="5399" w:type="dxa"/>
          </w:tcPr>
          <w:p w14:paraId="6C9EBC45" w14:textId="77777777" w:rsidR="00815CA8" w:rsidRDefault="00815CA8" w:rsidP="00CC7027"/>
        </w:tc>
      </w:tr>
      <w:tr w:rsidR="00815CA8" w14:paraId="11B0734C" w14:textId="77777777" w:rsidTr="00CC7027">
        <w:tc>
          <w:tcPr>
            <w:tcW w:w="2876" w:type="dxa"/>
          </w:tcPr>
          <w:p w14:paraId="2653E68A" w14:textId="77777777" w:rsidR="00815CA8" w:rsidRDefault="00815CA8" w:rsidP="00CC7027"/>
        </w:tc>
        <w:tc>
          <w:tcPr>
            <w:tcW w:w="5399" w:type="dxa"/>
          </w:tcPr>
          <w:p w14:paraId="7BC00C9A" w14:textId="77777777" w:rsidR="00815CA8" w:rsidRDefault="00815CA8" w:rsidP="00CC7027"/>
        </w:tc>
      </w:tr>
    </w:tbl>
    <w:p w14:paraId="25B84138" w14:textId="77777777" w:rsidR="00815CA8" w:rsidRPr="00D97B29" w:rsidRDefault="00815CA8" w:rsidP="00A06657">
      <w:pPr>
        <w:jc w:val="center"/>
        <w:rPr>
          <w:b/>
          <w:bCs/>
        </w:rPr>
      </w:pPr>
    </w:p>
    <w:p w14:paraId="7B108A51" w14:textId="008C5246" w:rsidR="00A06657" w:rsidRDefault="00A06657" w:rsidP="00A06657">
      <w:pPr>
        <w:jc w:val="center"/>
        <w:rPr>
          <w:b/>
          <w:bCs/>
        </w:rPr>
      </w:pPr>
      <w:r w:rsidRPr="00D97B29">
        <w:rPr>
          <w:b/>
          <w:bCs/>
        </w:rPr>
        <w:t>Annex</w:t>
      </w:r>
      <w:r>
        <w:rPr>
          <w:b/>
          <w:bCs/>
        </w:rPr>
        <w:t xml:space="preserve"> </w:t>
      </w:r>
      <w:r w:rsidR="00815CA8">
        <w:rPr>
          <w:b/>
          <w:bCs/>
        </w:rPr>
        <w:t>5</w:t>
      </w:r>
      <w:r w:rsidRPr="00D97B29">
        <w:rPr>
          <w:b/>
          <w:bCs/>
        </w:rPr>
        <w:t xml:space="preserve"> - </w:t>
      </w:r>
      <w:r w:rsidR="00815CA8" w:rsidRPr="00815CA8">
        <w:rPr>
          <w:b/>
          <w:bCs/>
        </w:rPr>
        <w:t>Distribution 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5399"/>
      </w:tblGrid>
      <w:tr w:rsidR="00A611BC" w14:paraId="24AEA296" w14:textId="77777777" w:rsidTr="00CC7027">
        <w:tc>
          <w:tcPr>
            <w:tcW w:w="2876" w:type="dxa"/>
          </w:tcPr>
          <w:p w14:paraId="0B06199C" w14:textId="77777777" w:rsidR="00A611BC" w:rsidRDefault="00A611BC" w:rsidP="00CC7027"/>
        </w:tc>
        <w:tc>
          <w:tcPr>
            <w:tcW w:w="5399" w:type="dxa"/>
          </w:tcPr>
          <w:p w14:paraId="04113F1B" w14:textId="77777777" w:rsidR="00A611BC" w:rsidRDefault="00A611BC" w:rsidP="00CC7027"/>
        </w:tc>
      </w:tr>
      <w:tr w:rsidR="00A611BC" w14:paraId="37BBAFD6" w14:textId="77777777" w:rsidTr="00CC7027">
        <w:tc>
          <w:tcPr>
            <w:tcW w:w="2876" w:type="dxa"/>
          </w:tcPr>
          <w:p w14:paraId="5AA01BAC" w14:textId="77777777" w:rsidR="00A611BC" w:rsidRDefault="00A611BC" w:rsidP="00CC7027"/>
        </w:tc>
        <w:tc>
          <w:tcPr>
            <w:tcW w:w="5399" w:type="dxa"/>
          </w:tcPr>
          <w:p w14:paraId="4B5284C1" w14:textId="77777777" w:rsidR="00A611BC" w:rsidRDefault="00A611BC" w:rsidP="00CC7027"/>
        </w:tc>
      </w:tr>
      <w:tr w:rsidR="00A611BC" w14:paraId="0CFC31FF" w14:textId="77777777" w:rsidTr="00CC7027">
        <w:tc>
          <w:tcPr>
            <w:tcW w:w="2876" w:type="dxa"/>
          </w:tcPr>
          <w:p w14:paraId="365588C6" w14:textId="77777777" w:rsidR="00A611BC" w:rsidRDefault="00A611BC" w:rsidP="00CC7027"/>
        </w:tc>
        <w:tc>
          <w:tcPr>
            <w:tcW w:w="5399" w:type="dxa"/>
          </w:tcPr>
          <w:p w14:paraId="0A6CDA37" w14:textId="77777777" w:rsidR="00A611BC" w:rsidRDefault="00A611BC" w:rsidP="00CC7027"/>
        </w:tc>
      </w:tr>
      <w:tr w:rsidR="00A611BC" w14:paraId="48111C39" w14:textId="77777777" w:rsidTr="00CC7027">
        <w:tc>
          <w:tcPr>
            <w:tcW w:w="2876" w:type="dxa"/>
          </w:tcPr>
          <w:p w14:paraId="4216B816" w14:textId="77777777" w:rsidR="00A611BC" w:rsidRDefault="00A611BC" w:rsidP="00CC7027"/>
        </w:tc>
        <w:tc>
          <w:tcPr>
            <w:tcW w:w="5399" w:type="dxa"/>
          </w:tcPr>
          <w:p w14:paraId="7CA10386" w14:textId="77777777" w:rsidR="00A611BC" w:rsidRDefault="00A611BC" w:rsidP="00CC7027"/>
        </w:tc>
      </w:tr>
      <w:tr w:rsidR="00A611BC" w14:paraId="1751006C" w14:textId="77777777" w:rsidTr="00CC7027">
        <w:tc>
          <w:tcPr>
            <w:tcW w:w="2876" w:type="dxa"/>
          </w:tcPr>
          <w:p w14:paraId="537489F4" w14:textId="77777777" w:rsidR="00A611BC" w:rsidRDefault="00A611BC" w:rsidP="00CC7027"/>
        </w:tc>
        <w:tc>
          <w:tcPr>
            <w:tcW w:w="5399" w:type="dxa"/>
          </w:tcPr>
          <w:p w14:paraId="38DD27EA" w14:textId="77777777" w:rsidR="00A611BC" w:rsidRDefault="00A611BC" w:rsidP="00CC7027"/>
        </w:tc>
      </w:tr>
      <w:tr w:rsidR="00A611BC" w14:paraId="226D96D9" w14:textId="77777777" w:rsidTr="00CC7027">
        <w:tc>
          <w:tcPr>
            <w:tcW w:w="2876" w:type="dxa"/>
          </w:tcPr>
          <w:p w14:paraId="1989DC7E" w14:textId="77777777" w:rsidR="00A611BC" w:rsidRDefault="00A611BC" w:rsidP="00CC7027"/>
        </w:tc>
        <w:tc>
          <w:tcPr>
            <w:tcW w:w="5399" w:type="dxa"/>
          </w:tcPr>
          <w:p w14:paraId="58DC9C86" w14:textId="77777777" w:rsidR="00A611BC" w:rsidRDefault="00A611BC" w:rsidP="00CC7027"/>
        </w:tc>
      </w:tr>
      <w:tr w:rsidR="00A611BC" w14:paraId="190CCE44" w14:textId="77777777" w:rsidTr="00CC7027">
        <w:tc>
          <w:tcPr>
            <w:tcW w:w="2876" w:type="dxa"/>
          </w:tcPr>
          <w:p w14:paraId="6140D853" w14:textId="77777777" w:rsidR="00A611BC" w:rsidRDefault="00A611BC" w:rsidP="00CC7027"/>
        </w:tc>
        <w:tc>
          <w:tcPr>
            <w:tcW w:w="5399" w:type="dxa"/>
          </w:tcPr>
          <w:p w14:paraId="0FB7CBA9" w14:textId="77777777" w:rsidR="00A611BC" w:rsidRDefault="00A611BC" w:rsidP="00CC7027"/>
        </w:tc>
      </w:tr>
      <w:tr w:rsidR="00A611BC" w14:paraId="4A3367AA" w14:textId="77777777" w:rsidTr="00CC7027">
        <w:tc>
          <w:tcPr>
            <w:tcW w:w="2876" w:type="dxa"/>
          </w:tcPr>
          <w:p w14:paraId="1B51BF34" w14:textId="77777777" w:rsidR="00A611BC" w:rsidRDefault="00A611BC" w:rsidP="00CC7027"/>
        </w:tc>
        <w:tc>
          <w:tcPr>
            <w:tcW w:w="5399" w:type="dxa"/>
          </w:tcPr>
          <w:p w14:paraId="2A20DFB8" w14:textId="77777777" w:rsidR="00A611BC" w:rsidRDefault="00A611BC" w:rsidP="00CC7027"/>
        </w:tc>
      </w:tr>
      <w:tr w:rsidR="00A611BC" w14:paraId="58C69C52" w14:textId="77777777" w:rsidTr="00CC7027">
        <w:tc>
          <w:tcPr>
            <w:tcW w:w="2876" w:type="dxa"/>
          </w:tcPr>
          <w:p w14:paraId="311CCC16" w14:textId="77777777" w:rsidR="00A611BC" w:rsidRDefault="00A611BC" w:rsidP="00CC7027"/>
        </w:tc>
        <w:tc>
          <w:tcPr>
            <w:tcW w:w="5399" w:type="dxa"/>
          </w:tcPr>
          <w:p w14:paraId="38CE2DFA" w14:textId="77777777" w:rsidR="00A611BC" w:rsidRDefault="00A611BC" w:rsidP="00CC7027"/>
        </w:tc>
      </w:tr>
      <w:tr w:rsidR="00A611BC" w14:paraId="3DD5CFCF" w14:textId="77777777" w:rsidTr="00CC7027">
        <w:tc>
          <w:tcPr>
            <w:tcW w:w="2876" w:type="dxa"/>
          </w:tcPr>
          <w:p w14:paraId="5667E116" w14:textId="77777777" w:rsidR="00A611BC" w:rsidRDefault="00A611BC" w:rsidP="00CC7027"/>
        </w:tc>
        <w:tc>
          <w:tcPr>
            <w:tcW w:w="5399" w:type="dxa"/>
          </w:tcPr>
          <w:p w14:paraId="6A32E706" w14:textId="77777777" w:rsidR="00A611BC" w:rsidRDefault="00A611BC" w:rsidP="00CC7027"/>
        </w:tc>
      </w:tr>
      <w:tr w:rsidR="00A611BC" w14:paraId="7D724E41" w14:textId="77777777" w:rsidTr="00CC7027">
        <w:tc>
          <w:tcPr>
            <w:tcW w:w="2876" w:type="dxa"/>
          </w:tcPr>
          <w:p w14:paraId="4E9210FD" w14:textId="77777777" w:rsidR="00A611BC" w:rsidRDefault="00A611BC" w:rsidP="00CC7027"/>
        </w:tc>
        <w:tc>
          <w:tcPr>
            <w:tcW w:w="5399" w:type="dxa"/>
          </w:tcPr>
          <w:p w14:paraId="54A29D1D" w14:textId="77777777" w:rsidR="00A611BC" w:rsidRDefault="00A611BC" w:rsidP="00CC7027"/>
        </w:tc>
      </w:tr>
    </w:tbl>
    <w:p w14:paraId="55E9E35C" w14:textId="77777777" w:rsidR="00A611BC" w:rsidRDefault="00A611BC" w:rsidP="00A06657">
      <w:pPr>
        <w:jc w:val="center"/>
        <w:rPr>
          <w:b/>
          <w:bCs/>
        </w:rPr>
      </w:pPr>
    </w:p>
    <w:p w14:paraId="65643731" w14:textId="77777777" w:rsidR="00A611BC" w:rsidRPr="00D97B29" w:rsidRDefault="00A611BC" w:rsidP="00A06657">
      <w:pPr>
        <w:jc w:val="center"/>
        <w:rPr>
          <w:b/>
          <w:bCs/>
        </w:rPr>
      </w:pPr>
    </w:p>
    <w:p w14:paraId="44972F00" w14:textId="270D25BB" w:rsidR="00A06657" w:rsidRPr="00D97B29" w:rsidRDefault="00A06657" w:rsidP="00A06657">
      <w:pPr>
        <w:jc w:val="center"/>
        <w:rPr>
          <w:b/>
          <w:bCs/>
        </w:rPr>
      </w:pPr>
      <w:r w:rsidRPr="00D97B29">
        <w:rPr>
          <w:b/>
          <w:bCs/>
        </w:rPr>
        <w:t>Annex</w:t>
      </w:r>
      <w:r>
        <w:rPr>
          <w:b/>
          <w:bCs/>
        </w:rPr>
        <w:t xml:space="preserve"> </w:t>
      </w:r>
      <w:r w:rsidR="00815CA8">
        <w:rPr>
          <w:b/>
          <w:bCs/>
        </w:rPr>
        <w:t>6</w:t>
      </w:r>
      <w:r w:rsidRPr="00D97B29">
        <w:rPr>
          <w:b/>
          <w:bCs/>
        </w:rPr>
        <w:t xml:space="preserve"> - </w:t>
      </w:r>
      <w:r w:rsidR="00815CA8" w:rsidRPr="00815CA8">
        <w:rPr>
          <w:b/>
          <w:bCs/>
        </w:rPr>
        <w:t>Additional Terms (if any)</w:t>
      </w:r>
    </w:p>
    <w:p w14:paraId="289CF1A5" w14:textId="77777777" w:rsidR="00A06657" w:rsidRDefault="00A06657" w:rsidP="000B716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5399"/>
      </w:tblGrid>
      <w:tr w:rsidR="00A611BC" w14:paraId="37101751" w14:textId="77777777" w:rsidTr="00CC7027">
        <w:tc>
          <w:tcPr>
            <w:tcW w:w="2876" w:type="dxa"/>
          </w:tcPr>
          <w:p w14:paraId="253102F5" w14:textId="77777777" w:rsidR="00A611BC" w:rsidRDefault="00A611BC" w:rsidP="00CC7027"/>
        </w:tc>
        <w:tc>
          <w:tcPr>
            <w:tcW w:w="5399" w:type="dxa"/>
          </w:tcPr>
          <w:p w14:paraId="644B47D8" w14:textId="77777777" w:rsidR="00A611BC" w:rsidRDefault="00A611BC" w:rsidP="00CC7027"/>
        </w:tc>
      </w:tr>
      <w:tr w:rsidR="00A611BC" w14:paraId="4AC7AA48" w14:textId="77777777" w:rsidTr="00CC7027">
        <w:tc>
          <w:tcPr>
            <w:tcW w:w="2876" w:type="dxa"/>
          </w:tcPr>
          <w:p w14:paraId="7F5B3CD6" w14:textId="77777777" w:rsidR="00A611BC" w:rsidRDefault="00A611BC" w:rsidP="00CC7027"/>
        </w:tc>
        <w:tc>
          <w:tcPr>
            <w:tcW w:w="5399" w:type="dxa"/>
          </w:tcPr>
          <w:p w14:paraId="6A39E9B5" w14:textId="77777777" w:rsidR="00A611BC" w:rsidRDefault="00A611BC" w:rsidP="00CC7027"/>
        </w:tc>
      </w:tr>
      <w:tr w:rsidR="00A611BC" w14:paraId="19C2F434" w14:textId="77777777" w:rsidTr="00CC7027">
        <w:tc>
          <w:tcPr>
            <w:tcW w:w="2876" w:type="dxa"/>
          </w:tcPr>
          <w:p w14:paraId="68DC6AB7" w14:textId="77777777" w:rsidR="00A611BC" w:rsidRDefault="00A611BC" w:rsidP="00CC7027"/>
        </w:tc>
        <w:tc>
          <w:tcPr>
            <w:tcW w:w="5399" w:type="dxa"/>
          </w:tcPr>
          <w:p w14:paraId="6AF6D129" w14:textId="77777777" w:rsidR="00A611BC" w:rsidRDefault="00A611BC" w:rsidP="00CC7027"/>
        </w:tc>
      </w:tr>
      <w:tr w:rsidR="00A611BC" w14:paraId="2FCA1D30" w14:textId="77777777" w:rsidTr="00CC7027">
        <w:tc>
          <w:tcPr>
            <w:tcW w:w="2876" w:type="dxa"/>
          </w:tcPr>
          <w:p w14:paraId="671F2E5A" w14:textId="77777777" w:rsidR="00A611BC" w:rsidRDefault="00A611BC" w:rsidP="00CC7027"/>
        </w:tc>
        <w:tc>
          <w:tcPr>
            <w:tcW w:w="5399" w:type="dxa"/>
          </w:tcPr>
          <w:p w14:paraId="32422D21" w14:textId="77777777" w:rsidR="00A611BC" w:rsidRDefault="00A611BC" w:rsidP="00CC7027"/>
        </w:tc>
      </w:tr>
      <w:tr w:rsidR="00A611BC" w14:paraId="2C399F23" w14:textId="77777777" w:rsidTr="00CC7027">
        <w:tc>
          <w:tcPr>
            <w:tcW w:w="2876" w:type="dxa"/>
          </w:tcPr>
          <w:p w14:paraId="77CE77E0" w14:textId="77777777" w:rsidR="00A611BC" w:rsidRDefault="00A611BC" w:rsidP="00CC7027"/>
        </w:tc>
        <w:tc>
          <w:tcPr>
            <w:tcW w:w="5399" w:type="dxa"/>
          </w:tcPr>
          <w:p w14:paraId="46D9CA7B" w14:textId="77777777" w:rsidR="00A611BC" w:rsidRDefault="00A611BC" w:rsidP="00CC7027"/>
        </w:tc>
      </w:tr>
      <w:tr w:rsidR="00A611BC" w14:paraId="1FA8A166" w14:textId="77777777" w:rsidTr="00CC7027">
        <w:tc>
          <w:tcPr>
            <w:tcW w:w="2876" w:type="dxa"/>
          </w:tcPr>
          <w:p w14:paraId="399ABC03" w14:textId="77777777" w:rsidR="00A611BC" w:rsidRDefault="00A611BC" w:rsidP="00CC7027"/>
        </w:tc>
        <w:tc>
          <w:tcPr>
            <w:tcW w:w="5399" w:type="dxa"/>
          </w:tcPr>
          <w:p w14:paraId="002B7EB5" w14:textId="77777777" w:rsidR="00A611BC" w:rsidRDefault="00A611BC" w:rsidP="00CC7027"/>
        </w:tc>
      </w:tr>
      <w:tr w:rsidR="00A611BC" w14:paraId="25755F07" w14:textId="77777777" w:rsidTr="00CC7027">
        <w:tc>
          <w:tcPr>
            <w:tcW w:w="2876" w:type="dxa"/>
          </w:tcPr>
          <w:p w14:paraId="23449003" w14:textId="77777777" w:rsidR="00A611BC" w:rsidRDefault="00A611BC" w:rsidP="00CC7027"/>
        </w:tc>
        <w:tc>
          <w:tcPr>
            <w:tcW w:w="5399" w:type="dxa"/>
          </w:tcPr>
          <w:p w14:paraId="18558FAB" w14:textId="77777777" w:rsidR="00A611BC" w:rsidRDefault="00A611BC" w:rsidP="00CC7027"/>
        </w:tc>
      </w:tr>
      <w:tr w:rsidR="00A611BC" w14:paraId="3FE846B1" w14:textId="77777777" w:rsidTr="00CC7027">
        <w:tc>
          <w:tcPr>
            <w:tcW w:w="2876" w:type="dxa"/>
          </w:tcPr>
          <w:p w14:paraId="22CB4319" w14:textId="77777777" w:rsidR="00A611BC" w:rsidRDefault="00A611BC" w:rsidP="00CC7027"/>
        </w:tc>
        <w:tc>
          <w:tcPr>
            <w:tcW w:w="5399" w:type="dxa"/>
          </w:tcPr>
          <w:p w14:paraId="6AD9C85B" w14:textId="77777777" w:rsidR="00A611BC" w:rsidRDefault="00A611BC" w:rsidP="00CC7027"/>
        </w:tc>
      </w:tr>
      <w:tr w:rsidR="00A611BC" w14:paraId="5019C352" w14:textId="77777777" w:rsidTr="00CC7027">
        <w:tc>
          <w:tcPr>
            <w:tcW w:w="2876" w:type="dxa"/>
          </w:tcPr>
          <w:p w14:paraId="4CECC30D" w14:textId="77777777" w:rsidR="00A611BC" w:rsidRDefault="00A611BC" w:rsidP="00CC7027"/>
        </w:tc>
        <w:tc>
          <w:tcPr>
            <w:tcW w:w="5399" w:type="dxa"/>
          </w:tcPr>
          <w:p w14:paraId="32039FE4" w14:textId="77777777" w:rsidR="00A611BC" w:rsidRDefault="00A611BC" w:rsidP="00CC7027"/>
        </w:tc>
      </w:tr>
      <w:tr w:rsidR="00A611BC" w14:paraId="61528E2E" w14:textId="77777777" w:rsidTr="00CC7027">
        <w:tc>
          <w:tcPr>
            <w:tcW w:w="2876" w:type="dxa"/>
          </w:tcPr>
          <w:p w14:paraId="0767044C" w14:textId="77777777" w:rsidR="00A611BC" w:rsidRDefault="00A611BC" w:rsidP="00CC7027"/>
        </w:tc>
        <w:tc>
          <w:tcPr>
            <w:tcW w:w="5399" w:type="dxa"/>
          </w:tcPr>
          <w:p w14:paraId="161C937B" w14:textId="77777777" w:rsidR="00A611BC" w:rsidRDefault="00A611BC" w:rsidP="00CC7027"/>
        </w:tc>
      </w:tr>
      <w:tr w:rsidR="00A611BC" w14:paraId="0DB5EEFD" w14:textId="77777777" w:rsidTr="00CC7027">
        <w:tc>
          <w:tcPr>
            <w:tcW w:w="2876" w:type="dxa"/>
          </w:tcPr>
          <w:p w14:paraId="372552E7" w14:textId="77777777" w:rsidR="00A611BC" w:rsidRDefault="00A611BC" w:rsidP="00CC7027"/>
        </w:tc>
        <w:tc>
          <w:tcPr>
            <w:tcW w:w="5399" w:type="dxa"/>
          </w:tcPr>
          <w:p w14:paraId="2DEA39BE" w14:textId="77777777" w:rsidR="00A611BC" w:rsidRDefault="00A611BC" w:rsidP="00CC7027"/>
        </w:tc>
      </w:tr>
    </w:tbl>
    <w:p w14:paraId="18BB8D82" w14:textId="77777777" w:rsidR="00A06657" w:rsidRDefault="00A06657" w:rsidP="000B716B"/>
    <w:p w14:paraId="1703DABB" w14:textId="77777777" w:rsidR="00A06657" w:rsidRDefault="00A06657" w:rsidP="000B716B"/>
    <w:sectPr w:rsidR="00A06657" w:rsidSect="00104C02">
      <w:headerReference w:type="first" r:id="rId8"/>
      <w:pgSz w:w="12240" w:h="15840"/>
      <w:pgMar w:top="1440" w:right="1800" w:bottom="1440" w:left="1800" w:header="720" w:footer="720" w:gutter="0"/>
      <w:paperSrc w:first="7154" w:other="7154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FBF6E" w14:textId="77777777" w:rsidR="00DD77FD" w:rsidRDefault="00DD77FD" w:rsidP="000C7F48">
      <w:pPr>
        <w:spacing w:after="0" w:line="240" w:lineRule="auto"/>
      </w:pPr>
      <w:r>
        <w:separator/>
      </w:r>
    </w:p>
  </w:endnote>
  <w:endnote w:type="continuationSeparator" w:id="0">
    <w:p w14:paraId="7BC3836B" w14:textId="77777777" w:rsidR="00DD77FD" w:rsidRDefault="00DD77FD" w:rsidP="000C7F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6251A" w14:textId="77777777" w:rsidR="00DD77FD" w:rsidRDefault="00DD77FD" w:rsidP="000C7F48">
      <w:pPr>
        <w:spacing w:after="0" w:line="240" w:lineRule="auto"/>
      </w:pPr>
      <w:r>
        <w:separator/>
      </w:r>
    </w:p>
  </w:footnote>
  <w:footnote w:type="continuationSeparator" w:id="0">
    <w:p w14:paraId="476374B5" w14:textId="77777777" w:rsidR="00DD77FD" w:rsidRDefault="00DD77FD" w:rsidP="000C7F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F08DB" w14:textId="77777777" w:rsidR="005245D4" w:rsidRDefault="005245D4" w:rsidP="005245D4">
    <w:pPr>
      <w:pStyle w:val="Header"/>
      <w:jc w:val="center"/>
      <w:rPr>
        <w:b/>
        <w:sz w:val="24"/>
        <w:szCs w:val="24"/>
      </w:rPr>
    </w:pPr>
    <w:r w:rsidRPr="00E920F9">
      <w:rPr>
        <w:b/>
        <w:sz w:val="24"/>
        <w:szCs w:val="24"/>
      </w:rPr>
      <w:t>Insolvency Regulations</w:t>
    </w:r>
  </w:p>
  <w:p w14:paraId="23C372BC" w14:textId="77777777" w:rsidR="005245D4" w:rsidRDefault="005245D4" w:rsidP="005245D4">
    <w:pPr>
      <w:pStyle w:val="Header"/>
      <w:jc w:val="center"/>
      <w:rPr>
        <w:b/>
        <w:sz w:val="24"/>
        <w:szCs w:val="24"/>
      </w:rPr>
    </w:pPr>
  </w:p>
  <w:p w14:paraId="1C15511C" w14:textId="77777777" w:rsidR="005245D4" w:rsidRDefault="005245D4" w:rsidP="005245D4">
    <w:pPr>
      <w:pStyle w:val="Header"/>
      <w:jc w:val="center"/>
      <w:rPr>
        <w:b/>
        <w:sz w:val="24"/>
        <w:szCs w:val="24"/>
      </w:rPr>
    </w:pPr>
    <w:r w:rsidRPr="00E920F9">
      <w:rPr>
        <w:b/>
        <w:sz w:val="24"/>
        <w:szCs w:val="24"/>
      </w:rPr>
      <w:t xml:space="preserve"> FORM 40 </w:t>
    </w:r>
  </w:p>
  <w:p w14:paraId="78D559F3" w14:textId="77777777" w:rsidR="005245D4" w:rsidRDefault="005245D4" w:rsidP="005245D4">
    <w:pPr>
      <w:pStyle w:val="Header"/>
      <w:jc w:val="right"/>
      <w:rPr>
        <w:b/>
        <w:sz w:val="24"/>
        <w:szCs w:val="24"/>
      </w:rPr>
    </w:pPr>
    <w:r w:rsidRPr="00E920F9">
      <w:rPr>
        <w:b/>
        <w:sz w:val="24"/>
        <w:szCs w:val="24"/>
      </w:rPr>
      <w:t>(Regulation 81)</w:t>
    </w:r>
  </w:p>
  <w:p w14:paraId="2BE8BF5E" w14:textId="77777777" w:rsidR="005245D4" w:rsidRDefault="005245D4" w:rsidP="005245D4">
    <w:pPr>
      <w:pStyle w:val="Header"/>
      <w:jc w:val="center"/>
      <w:rPr>
        <w:b/>
        <w:sz w:val="24"/>
        <w:szCs w:val="24"/>
      </w:rPr>
    </w:pPr>
    <w:r w:rsidRPr="00E920F9">
      <w:rPr>
        <w:b/>
        <w:sz w:val="24"/>
        <w:szCs w:val="24"/>
      </w:rPr>
      <w:t xml:space="preserve">CONSUMER PROPOSAL </w:t>
    </w:r>
  </w:p>
  <w:p w14:paraId="1B025397" w14:textId="77777777" w:rsidR="005245D4" w:rsidRDefault="005245D4" w:rsidP="005245D4">
    <w:pPr>
      <w:pStyle w:val="Header"/>
      <w:jc w:val="center"/>
      <w:rPr>
        <w:b/>
        <w:sz w:val="24"/>
        <w:szCs w:val="24"/>
      </w:rPr>
    </w:pPr>
    <w:r w:rsidRPr="00E920F9">
      <w:rPr>
        <w:b/>
        <w:sz w:val="24"/>
        <w:szCs w:val="24"/>
      </w:rPr>
      <w:t>(INSOLVENCY ACT, NO. 17 OF 2024: SECTION 115(1)(c))</w:t>
    </w:r>
  </w:p>
  <w:p w14:paraId="60F1A22F" w14:textId="77777777" w:rsidR="005245D4" w:rsidRDefault="005245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8254478">
    <w:abstractNumId w:val="8"/>
  </w:num>
  <w:num w:numId="2" w16cid:durableId="1680622880">
    <w:abstractNumId w:val="6"/>
  </w:num>
  <w:num w:numId="3" w16cid:durableId="818615400">
    <w:abstractNumId w:val="5"/>
  </w:num>
  <w:num w:numId="4" w16cid:durableId="1448160127">
    <w:abstractNumId w:val="4"/>
  </w:num>
  <w:num w:numId="5" w16cid:durableId="1215383636">
    <w:abstractNumId w:val="7"/>
  </w:num>
  <w:num w:numId="6" w16cid:durableId="569392218">
    <w:abstractNumId w:val="3"/>
  </w:num>
  <w:num w:numId="7" w16cid:durableId="637957780">
    <w:abstractNumId w:val="2"/>
  </w:num>
  <w:num w:numId="8" w16cid:durableId="1311128968">
    <w:abstractNumId w:val="1"/>
  </w:num>
  <w:num w:numId="9" w16cid:durableId="2824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5555"/>
    <w:rsid w:val="0006063C"/>
    <w:rsid w:val="00063297"/>
    <w:rsid w:val="000A1B2C"/>
    <w:rsid w:val="000B716B"/>
    <w:rsid w:val="000C7F48"/>
    <w:rsid w:val="00104C02"/>
    <w:rsid w:val="0015074B"/>
    <w:rsid w:val="001672B4"/>
    <w:rsid w:val="002328E1"/>
    <w:rsid w:val="002415A7"/>
    <w:rsid w:val="00265A2D"/>
    <w:rsid w:val="002812FA"/>
    <w:rsid w:val="0029639D"/>
    <w:rsid w:val="002F738F"/>
    <w:rsid w:val="00326F90"/>
    <w:rsid w:val="00351D18"/>
    <w:rsid w:val="00381C54"/>
    <w:rsid w:val="00384126"/>
    <w:rsid w:val="003B0B23"/>
    <w:rsid w:val="003F76A8"/>
    <w:rsid w:val="00414498"/>
    <w:rsid w:val="00426091"/>
    <w:rsid w:val="004A5CAE"/>
    <w:rsid w:val="005245D4"/>
    <w:rsid w:val="00591AC1"/>
    <w:rsid w:val="00662F9F"/>
    <w:rsid w:val="00691C9F"/>
    <w:rsid w:val="006B33F4"/>
    <w:rsid w:val="006C5DFD"/>
    <w:rsid w:val="006C5E33"/>
    <w:rsid w:val="006D258C"/>
    <w:rsid w:val="006F7EC3"/>
    <w:rsid w:val="0070065E"/>
    <w:rsid w:val="007175F4"/>
    <w:rsid w:val="007237EF"/>
    <w:rsid w:val="00780DE9"/>
    <w:rsid w:val="007B78AF"/>
    <w:rsid w:val="007E4595"/>
    <w:rsid w:val="007F6FD0"/>
    <w:rsid w:val="008009AE"/>
    <w:rsid w:val="00815CA8"/>
    <w:rsid w:val="00875E90"/>
    <w:rsid w:val="00930AF2"/>
    <w:rsid w:val="0095251A"/>
    <w:rsid w:val="00A06657"/>
    <w:rsid w:val="00A34DDE"/>
    <w:rsid w:val="00A35FC9"/>
    <w:rsid w:val="00A611BC"/>
    <w:rsid w:val="00A718BF"/>
    <w:rsid w:val="00A841D2"/>
    <w:rsid w:val="00AA1D8D"/>
    <w:rsid w:val="00AC65FF"/>
    <w:rsid w:val="00B022F3"/>
    <w:rsid w:val="00B03F44"/>
    <w:rsid w:val="00B271FE"/>
    <w:rsid w:val="00B47730"/>
    <w:rsid w:val="00B94794"/>
    <w:rsid w:val="00BF18C5"/>
    <w:rsid w:val="00CB0664"/>
    <w:rsid w:val="00CB40DD"/>
    <w:rsid w:val="00CD1F6B"/>
    <w:rsid w:val="00D106AE"/>
    <w:rsid w:val="00D30E10"/>
    <w:rsid w:val="00D66FA6"/>
    <w:rsid w:val="00D778D4"/>
    <w:rsid w:val="00D97B29"/>
    <w:rsid w:val="00DD0C39"/>
    <w:rsid w:val="00DD77FD"/>
    <w:rsid w:val="00E33F16"/>
    <w:rsid w:val="00E36341"/>
    <w:rsid w:val="00E61E9B"/>
    <w:rsid w:val="00E920F9"/>
    <w:rsid w:val="00E92DBD"/>
    <w:rsid w:val="00EB3D1C"/>
    <w:rsid w:val="00ED4ECD"/>
    <w:rsid w:val="00F00FD0"/>
    <w:rsid w:val="00F20C86"/>
    <w:rsid w:val="00F43EBE"/>
    <w:rsid w:val="00F542CC"/>
    <w:rsid w:val="00F60B33"/>
    <w:rsid w:val="00FB2DE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AFC0AE2"/>
  <w14:defaultImageDpi w14:val="300"/>
  <w15:docId w15:val="{E764827F-E91E-4B11-A6BA-0D9A4BE51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237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237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37E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37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37E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Embert St Juste</cp:lastModifiedBy>
  <cp:revision>3</cp:revision>
  <cp:lastPrinted>2026-04-02T19:09:00Z</cp:lastPrinted>
  <dcterms:created xsi:type="dcterms:W3CDTF">2026-04-02T19:58:00Z</dcterms:created>
  <dcterms:modified xsi:type="dcterms:W3CDTF">2026-04-13T20:44:00Z</dcterms:modified>
  <cp:category/>
</cp:coreProperties>
</file>